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12F948" w14:textId="7B59E2BA" w:rsidR="00C03780" w:rsidRDefault="00000000" w:rsidP="00F86190">
      <w:pPr>
        <w:pStyle w:val="Titolo1"/>
        <w:rPr>
          <w:lang w:val="it-IT"/>
        </w:rPr>
      </w:pPr>
      <w:r w:rsidRPr="00C03780">
        <w:rPr>
          <w:lang w:val="it-IT"/>
        </w:rPr>
        <w:t>Statuto</w:t>
      </w:r>
      <w:r w:rsidR="00C03780">
        <w:rPr>
          <w:lang w:val="it-IT"/>
        </w:rPr>
        <w:t xml:space="preserve"> </w:t>
      </w:r>
      <w:r w:rsidR="00C03780" w:rsidRPr="00C03780">
        <w:rPr>
          <w:lang w:val="it-IT"/>
        </w:rPr>
        <w:t>A</w:t>
      </w:r>
      <w:r w:rsidR="00C03780">
        <w:rPr>
          <w:lang w:val="it-IT"/>
        </w:rPr>
        <w:t>ccademia Belle Arti di Cuneo</w:t>
      </w:r>
      <w:r w:rsidR="00F86190">
        <w:rPr>
          <w:lang w:val="it-IT"/>
        </w:rPr>
        <w:t xml:space="preserve"> – 01 luglio 2003</w:t>
      </w:r>
    </w:p>
    <w:p w14:paraId="2C7F2B3B" w14:textId="02CCD8CA" w:rsidR="00F86190" w:rsidRPr="00F86190" w:rsidRDefault="00F86190" w:rsidP="00F86190">
      <w:pPr>
        <w:rPr>
          <w:lang w:val="it-IT"/>
        </w:rPr>
      </w:pPr>
      <w:r>
        <w:rPr>
          <w:rFonts w:ascii="Courier New" w:hAnsi="Courier New"/>
          <w:sz w:val="18"/>
          <w:lang w:val="it-IT"/>
        </w:rPr>
        <w:t>(Testo integrale)</w:t>
      </w:r>
      <w:r w:rsidR="00D069A9">
        <w:rPr>
          <w:rFonts w:ascii="Courier New" w:hAnsi="Courier New"/>
          <w:sz w:val="18"/>
          <w:lang w:val="it-IT"/>
        </w:rPr>
        <w:t xml:space="preserve">| </w:t>
      </w:r>
      <w:hyperlink r:id="rId6" w:history="1">
        <w:r w:rsidR="00D069A9">
          <w:rPr>
            <w:rStyle w:val="Collegamentoipertestuale"/>
            <w:rFonts w:ascii="Courier New" w:hAnsi="Courier New"/>
            <w:sz w:val="18"/>
            <w:lang w:val="it-IT"/>
          </w:rPr>
          <w:t>Copia originale (link al PDF)</w:t>
        </w:r>
      </w:hyperlink>
    </w:p>
    <w:p w14:paraId="7B3B40B6" w14:textId="77777777" w:rsidR="00B2222D" w:rsidRPr="00C03780" w:rsidRDefault="00000000">
      <w:pPr>
        <w:spacing w:after="2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ART. 1 - PRINCIPI E FINALITA' GENERALI</w:t>
      </w:r>
    </w:p>
    <w:p w14:paraId="320393A0" w14:textId="0912C58A" w:rsidR="00B2222D" w:rsidRDefault="00000000">
      <w:pPr>
        <w:spacing w:after="20" w:line="240" w:lineRule="auto"/>
        <w:rPr>
          <w:rFonts w:ascii="Courier New" w:hAnsi="Courier New"/>
          <w:sz w:val="18"/>
          <w:lang w:val="it-IT"/>
        </w:rPr>
      </w:pPr>
      <w:r w:rsidRPr="00C03780">
        <w:rPr>
          <w:rFonts w:ascii="Courier New" w:hAnsi="Courier New"/>
          <w:sz w:val="18"/>
          <w:lang w:val="it-IT"/>
        </w:rPr>
        <w:t xml:space="preserve">L'Accademia di Belle Arti di Cuneo, legalmente riconosciuta con D.M.08/04/1994, </w:t>
      </w:r>
      <w:r w:rsidR="00C03780" w:rsidRPr="00C03780">
        <w:rPr>
          <w:rFonts w:ascii="Courier New" w:hAnsi="Courier New"/>
          <w:sz w:val="18"/>
          <w:lang w:val="it-IT"/>
        </w:rPr>
        <w:t>è</w:t>
      </w:r>
      <w:r w:rsidRPr="00C03780">
        <w:rPr>
          <w:rFonts w:ascii="Courier New" w:hAnsi="Courier New"/>
          <w:sz w:val="18"/>
          <w:lang w:val="it-IT"/>
        </w:rPr>
        <w:t xml:space="preserve"> istituita ai sensi dell'Art. 33 della Costituzione Italiana.</w:t>
      </w:r>
    </w:p>
    <w:p w14:paraId="45B1E273" w14:textId="77777777" w:rsidR="00C03780" w:rsidRPr="00C03780" w:rsidRDefault="00C03780">
      <w:pPr>
        <w:spacing w:after="20" w:line="240" w:lineRule="auto"/>
        <w:rPr>
          <w:lang w:val="it-IT"/>
        </w:rPr>
      </w:pPr>
    </w:p>
    <w:p w14:paraId="3AE5A711" w14:textId="3D6E5FEE" w:rsidR="00B2222D" w:rsidRDefault="00000000">
      <w:pPr>
        <w:spacing w:after="20" w:line="240" w:lineRule="auto"/>
        <w:rPr>
          <w:rFonts w:ascii="Courier New" w:hAnsi="Courier New"/>
          <w:sz w:val="18"/>
          <w:lang w:val="it-IT"/>
        </w:rPr>
      </w:pPr>
      <w:r w:rsidRPr="00C03780">
        <w:rPr>
          <w:rFonts w:ascii="Courier New" w:hAnsi="Courier New"/>
          <w:sz w:val="18"/>
          <w:lang w:val="it-IT"/>
        </w:rPr>
        <w:t>Detta Accademia opera secondo lo stesso dettato costituzionale che garantisce la libertà di insegnamento e ricerca nel campo delle Arti Figurative</w:t>
      </w:r>
      <w:r w:rsidR="00C03780">
        <w:rPr>
          <w:rFonts w:ascii="Courier New" w:hAnsi="Courier New"/>
          <w:sz w:val="18"/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>e del Restauro e Conservazione del patrimonio artistico.</w:t>
      </w:r>
    </w:p>
    <w:p w14:paraId="17302C83" w14:textId="77777777" w:rsidR="00C03780" w:rsidRPr="00C03780" w:rsidRDefault="00C03780">
      <w:pPr>
        <w:spacing w:after="20" w:line="240" w:lineRule="auto"/>
        <w:rPr>
          <w:lang w:val="it-IT"/>
        </w:rPr>
      </w:pPr>
    </w:p>
    <w:p w14:paraId="3EFB5FF5" w14:textId="5EB3A21B" w:rsidR="00B2222D" w:rsidRDefault="00000000">
      <w:pPr>
        <w:spacing w:after="20" w:line="240" w:lineRule="auto"/>
        <w:rPr>
          <w:rFonts w:ascii="Courier New" w:hAnsi="Courier New"/>
          <w:sz w:val="18"/>
          <w:lang w:val="it-IT"/>
        </w:rPr>
      </w:pPr>
      <w:r w:rsidRPr="00C03780">
        <w:rPr>
          <w:rFonts w:ascii="Courier New" w:hAnsi="Courier New"/>
          <w:sz w:val="18"/>
          <w:lang w:val="it-IT"/>
        </w:rPr>
        <w:t xml:space="preserve">L'Accademia di Belle Arti di Cuneo </w:t>
      </w:r>
      <w:r w:rsidR="00C03780">
        <w:rPr>
          <w:rFonts w:ascii="Courier New" w:hAnsi="Courier New"/>
          <w:sz w:val="18"/>
          <w:lang w:val="it-IT"/>
        </w:rPr>
        <w:t>è</w:t>
      </w:r>
      <w:r w:rsidRPr="00C03780">
        <w:rPr>
          <w:rFonts w:ascii="Courier New" w:hAnsi="Courier New"/>
          <w:sz w:val="18"/>
          <w:lang w:val="it-IT"/>
        </w:rPr>
        <w:t xml:space="preserve"> gestita nell'organizzazione didattica</w:t>
      </w:r>
      <w:r w:rsidR="00C03780">
        <w:rPr>
          <w:rFonts w:ascii="Courier New" w:hAnsi="Courier New"/>
          <w:sz w:val="18"/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>e culturale dall'Associazione Culturale per</w:t>
      </w:r>
      <w:r w:rsidR="00C03780">
        <w:rPr>
          <w:rFonts w:ascii="Courier New" w:hAnsi="Courier New"/>
          <w:sz w:val="18"/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>"l'Accademia di Belle Arti di</w:t>
      </w:r>
      <w:r w:rsidR="00C03780">
        <w:rPr>
          <w:rFonts w:ascii="Courier New" w:hAnsi="Courier New"/>
          <w:sz w:val="18"/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>Cuneo", legalmente costituita, senza scopo di lucro ed avente proprio statuto, di cui fa parte anche il Comune di Cuneo</w:t>
      </w:r>
      <w:r w:rsidR="00C03780">
        <w:rPr>
          <w:rFonts w:ascii="Courier New" w:hAnsi="Courier New"/>
          <w:sz w:val="18"/>
          <w:lang w:val="it-IT"/>
        </w:rPr>
        <w:t>.</w:t>
      </w:r>
    </w:p>
    <w:p w14:paraId="4C46B9D1" w14:textId="77777777" w:rsidR="00C03780" w:rsidRPr="00C03780" w:rsidRDefault="00C03780">
      <w:pPr>
        <w:spacing w:after="20" w:line="240" w:lineRule="auto"/>
        <w:rPr>
          <w:lang w:val="it-IT"/>
        </w:rPr>
      </w:pPr>
    </w:p>
    <w:p w14:paraId="13117713" w14:textId="1898AD0C" w:rsidR="00B2222D" w:rsidRDefault="00000000">
      <w:pPr>
        <w:spacing w:after="20" w:line="240" w:lineRule="auto"/>
        <w:rPr>
          <w:rFonts w:ascii="Courier New" w:hAnsi="Courier New"/>
          <w:sz w:val="18"/>
          <w:lang w:val="it-IT"/>
        </w:rPr>
      </w:pPr>
      <w:r w:rsidRPr="00C03780">
        <w:rPr>
          <w:rFonts w:ascii="Courier New" w:hAnsi="Courier New"/>
          <w:sz w:val="18"/>
          <w:lang w:val="it-IT"/>
        </w:rPr>
        <w:t xml:space="preserve">Detta Associazione dà indicazioni generali e svolge un ruolo di coordinamento tra tutti gli organismi previsti dal presente Statuto senza. </w:t>
      </w:r>
      <w:r w:rsidR="00C03780" w:rsidRPr="00C03780">
        <w:rPr>
          <w:rFonts w:ascii="Courier New" w:hAnsi="Courier New"/>
          <w:sz w:val="18"/>
          <w:lang w:val="it-IT"/>
        </w:rPr>
        <w:t>I</w:t>
      </w:r>
      <w:r w:rsidRPr="00C03780">
        <w:rPr>
          <w:rFonts w:ascii="Courier New" w:hAnsi="Courier New"/>
          <w:sz w:val="18"/>
          <w:lang w:val="it-IT"/>
        </w:rPr>
        <w:t>nterferire</w:t>
      </w:r>
      <w:r w:rsidR="00C03780">
        <w:rPr>
          <w:rFonts w:ascii="Courier New" w:hAnsi="Courier New"/>
          <w:sz w:val="18"/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 xml:space="preserve">sulle decisioni e sulle competenze specifiche, e </w:t>
      </w:r>
      <w:r w:rsidR="00C03780" w:rsidRPr="00C03780">
        <w:rPr>
          <w:rFonts w:ascii="Courier New" w:hAnsi="Courier New"/>
          <w:sz w:val="18"/>
          <w:lang w:val="it-IT"/>
        </w:rPr>
        <w:t>può</w:t>
      </w:r>
      <w:r w:rsidRPr="00C03780">
        <w:rPr>
          <w:rFonts w:ascii="Courier New" w:hAnsi="Courier New"/>
          <w:sz w:val="18"/>
          <w:lang w:val="it-IT"/>
        </w:rPr>
        <w:t xml:space="preserve"> rappresentare l'Istituzione Accademia di Belle Arti di Cuneo, nei rapporti culturali con l'esterno e nelle manifestazioni in cui essa partecipa.</w:t>
      </w:r>
    </w:p>
    <w:p w14:paraId="32A1675F" w14:textId="77777777" w:rsidR="00C03780" w:rsidRPr="00C03780" w:rsidRDefault="00C03780">
      <w:pPr>
        <w:spacing w:after="20" w:line="240" w:lineRule="auto"/>
        <w:rPr>
          <w:lang w:val="it-IT"/>
        </w:rPr>
      </w:pPr>
    </w:p>
    <w:p w14:paraId="490E6137" w14:textId="2E11A172" w:rsidR="00B2222D" w:rsidRDefault="00000000">
      <w:pPr>
        <w:spacing w:after="20" w:line="240" w:lineRule="auto"/>
        <w:rPr>
          <w:rFonts w:ascii="Courier New" w:hAnsi="Courier New"/>
          <w:sz w:val="18"/>
          <w:lang w:val="it-IT"/>
        </w:rPr>
      </w:pPr>
      <w:r w:rsidRPr="00C03780">
        <w:rPr>
          <w:rFonts w:ascii="Courier New" w:hAnsi="Courier New"/>
          <w:sz w:val="18"/>
          <w:lang w:val="it-IT"/>
        </w:rPr>
        <w:t>L'Istituzione "Accademia di</w:t>
      </w:r>
      <w:r w:rsidR="00C03780">
        <w:rPr>
          <w:rFonts w:ascii="Courier New" w:hAnsi="Courier New"/>
          <w:sz w:val="18"/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>Belle Arti di Cuneo, legalmente rappresentata</w:t>
      </w:r>
      <w:r w:rsidR="00C03780">
        <w:rPr>
          <w:rFonts w:ascii="Courier New" w:hAnsi="Courier New"/>
          <w:sz w:val="18"/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>come da Decreto del Ministro della Pubblica istruzione, del1</w:t>
      </w:r>
      <w:r w:rsidR="00C03780">
        <w:rPr>
          <w:rFonts w:ascii="Courier New" w:hAnsi="Courier New"/>
          <w:sz w:val="18"/>
          <w:lang w:val="it-IT"/>
        </w:rPr>
        <w:t>’</w:t>
      </w:r>
      <w:r w:rsidRPr="00C03780">
        <w:rPr>
          <w:rFonts w:ascii="Courier New" w:hAnsi="Courier New"/>
          <w:sz w:val="18"/>
          <w:lang w:val="it-IT"/>
        </w:rPr>
        <w:t>8 aprile 1994,</w:t>
      </w:r>
      <w:r w:rsidR="00C03780">
        <w:rPr>
          <w:rFonts w:ascii="Courier New" w:hAnsi="Courier New"/>
          <w:sz w:val="18"/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>con cui ha ottenuto il riconoscimento legale, garantisce e destina i fondi</w:t>
      </w:r>
      <w:r w:rsidR="00C03780">
        <w:rPr>
          <w:rFonts w:ascii="Courier New" w:hAnsi="Courier New"/>
          <w:sz w:val="18"/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>necessari per il suo funzioname</w:t>
      </w:r>
      <w:r w:rsidR="00C03780">
        <w:rPr>
          <w:rFonts w:ascii="Courier New" w:hAnsi="Courier New"/>
          <w:sz w:val="18"/>
          <w:lang w:val="it-IT"/>
        </w:rPr>
        <w:t>n</w:t>
      </w:r>
      <w:r w:rsidRPr="00C03780">
        <w:rPr>
          <w:rFonts w:ascii="Courier New" w:hAnsi="Courier New"/>
          <w:sz w:val="18"/>
          <w:lang w:val="it-IT"/>
        </w:rPr>
        <w:t>to.</w:t>
      </w:r>
    </w:p>
    <w:p w14:paraId="31775137" w14:textId="77777777" w:rsidR="00C03780" w:rsidRPr="00C03780" w:rsidRDefault="00C03780">
      <w:pPr>
        <w:spacing w:after="20" w:line="240" w:lineRule="auto"/>
        <w:rPr>
          <w:lang w:val="it-IT"/>
        </w:rPr>
      </w:pPr>
    </w:p>
    <w:p w14:paraId="40C699BC" w14:textId="31EF47BE" w:rsidR="00B2222D" w:rsidRPr="00C03780" w:rsidRDefault="00000000">
      <w:pPr>
        <w:spacing w:after="2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 xml:space="preserve">Finalità dell'Accademia di Belle Arti di Cuneo </w:t>
      </w:r>
      <w:r w:rsidR="00C03780" w:rsidRPr="00C03780">
        <w:rPr>
          <w:rFonts w:ascii="Courier New" w:hAnsi="Courier New"/>
          <w:sz w:val="18"/>
          <w:lang w:val="it-IT"/>
        </w:rPr>
        <w:t>è</w:t>
      </w:r>
      <w:r w:rsidRPr="00C03780">
        <w:rPr>
          <w:rFonts w:ascii="Courier New" w:hAnsi="Courier New"/>
          <w:sz w:val="18"/>
          <w:lang w:val="it-IT"/>
        </w:rPr>
        <w:t xml:space="preserve"> la promozione della cultura e della ricerca, a livello superiore, nei settori della Pittura, della Grafica, delle Arti Multimediali, della Progettazione Artistica per</w:t>
      </w:r>
      <w:r w:rsidR="00C03780">
        <w:rPr>
          <w:rFonts w:ascii="Courier New" w:hAnsi="Courier New"/>
          <w:sz w:val="18"/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>l'industria, del Restauro e della Conservazione del Patrimonio Artistico</w:t>
      </w:r>
      <w:r w:rsidR="00C03780">
        <w:rPr>
          <w:rFonts w:ascii="Courier New" w:hAnsi="Courier New"/>
          <w:sz w:val="18"/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>e della Didattica delle Discipline Artistiche.</w:t>
      </w:r>
    </w:p>
    <w:p w14:paraId="469AC70B" w14:textId="0CBF9395" w:rsidR="00B2222D" w:rsidRDefault="00000000">
      <w:pPr>
        <w:spacing w:after="20" w:line="240" w:lineRule="auto"/>
        <w:rPr>
          <w:rFonts w:ascii="Courier New" w:hAnsi="Courier New"/>
          <w:sz w:val="18"/>
          <w:lang w:val="it-IT"/>
        </w:rPr>
      </w:pPr>
      <w:r w:rsidRPr="00C03780">
        <w:rPr>
          <w:rFonts w:ascii="Courier New" w:hAnsi="Courier New"/>
          <w:sz w:val="18"/>
          <w:lang w:val="it-IT"/>
        </w:rPr>
        <w:t>L'Accademia cura la preparazione professionale e artistica degli studenti,</w:t>
      </w:r>
      <w:r w:rsidR="00C03780">
        <w:rPr>
          <w:rFonts w:ascii="Courier New" w:hAnsi="Courier New"/>
          <w:sz w:val="18"/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 xml:space="preserve">nei suddetti settori, favorendo i1 loro percorso formativo attraverso tutte le strutture, i </w:t>
      </w:r>
      <w:r w:rsidR="00C03780" w:rsidRPr="00C03780">
        <w:rPr>
          <w:rFonts w:ascii="Courier New" w:hAnsi="Courier New"/>
          <w:sz w:val="18"/>
          <w:lang w:val="it-IT"/>
        </w:rPr>
        <w:t>servizi didattici</w:t>
      </w:r>
      <w:r w:rsidRPr="00C03780">
        <w:rPr>
          <w:rFonts w:ascii="Courier New" w:hAnsi="Courier New"/>
          <w:sz w:val="18"/>
          <w:lang w:val="it-IT"/>
        </w:rPr>
        <w:t>, di orientamento e di sostegno necessari.</w:t>
      </w:r>
    </w:p>
    <w:p w14:paraId="47B3CF2C" w14:textId="77777777" w:rsidR="00C03780" w:rsidRPr="00C03780" w:rsidRDefault="00C03780">
      <w:pPr>
        <w:spacing w:after="20" w:line="240" w:lineRule="auto"/>
        <w:rPr>
          <w:lang w:val="it-IT"/>
        </w:rPr>
      </w:pPr>
    </w:p>
    <w:p w14:paraId="6A3DE1D1" w14:textId="159A82FD" w:rsidR="00B2222D" w:rsidRPr="00C03780" w:rsidRDefault="00000000">
      <w:pPr>
        <w:spacing w:after="2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 xml:space="preserve">L'Accademia di Belle Arti di Cuneo </w:t>
      </w:r>
      <w:r w:rsidR="00C03780" w:rsidRPr="00C03780">
        <w:rPr>
          <w:rFonts w:ascii="Courier New" w:hAnsi="Courier New"/>
          <w:sz w:val="18"/>
          <w:lang w:val="it-IT"/>
        </w:rPr>
        <w:t>è</w:t>
      </w:r>
      <w:r w:rsidRPr="00C03780">
        <w:rPr>
          <w:rFonts w:ascii="Courier New" w:hAnsi="Courier New"/>
          <w:sz w:val="18"/>
          <w:lang w:val="it-IT"/>
        </w:rPr>
        <w:t xml:space="preserve"> laica e pluralista e aperta a chiunque sia in possesso dei requisiti richiesti dalla vigente normativa prevista in materia dalle leggi italiane, indipendentemente dalla nazionalità,</w:t>
      </w:r>
      <w:r w:rsidR="00C03780">
        <w:rPr>
          <w:rFonts w:ascii="Courier New" w:hAnsi="Courier New"/>
          <w:sz w:val="18"/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>dall'ideologia e dalla religione.</w:t>
      </w:r>
    </w:p>
    <w:p w14:paraId="3F7CD012" w14:textId="57C5B8B7" w:rsidR="00B2222D" w:rsidRPr="00C03780" w:rsidRDefault="00000000" w:rsidP="00C03780">
      <w:pPr>
        <w:spacing w:after="2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 xml:space="preserve">L'Accademia di Belle Arti di Cuneo </w:t>
      </w:r>
      <w:r w:rsidR="00C03780">
        <w:rPr>
          <w:rFonts w:ascii="Courier New" w:hAnsi="Courier New"/>
          <w:sz w:val="18"/>
          <w:lang w:val="it-IT"/>
        </w:rPr>
        <w:t>è</w:t>
      </w:r>
      <w:r w:rsidRPr="00C03780">
        <w:rPr>
          <w:rFonts w:ascii="Courier New" w:hAnsi="Courier New"/>
          <w:sz w:val="18"/>
          <w:lang w:val="it-IT"/>
        </w:rPr>
        <w:t xml:space="preserve"> in grado di accettare anche persone</w:t>
      </w:r>
      <w:r w:rsidR="00C03780">
        <w:rPr>
          <w:rFonts w:ascii="Courier New" w:hAnsi="Courier New"/>
          <w:sz w:val="18"/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 xml:space="preserve">disabili, </w:t>
      </w:r>
      <w:r w:rsidR="00C03780" w:rsidRPr="00C03780">
        <w:rPr>
          <w:rFonts w:ascii="Courier New" w:hAnsi="Courier New"/>
          <w:sz w:val="18"/>
          <w:lang w:val="it-IT"/>
        </w:rPr>
        <w:t>purché</w:t>
      </w:r>
      <w:r w:rsidRPr="00C03780">
        <w:rPr>
          <w:rFonts w:ascii="Courier New" w:hAnsi="Courier New"/>
          <w:sz w:val="18"/>
          <w:lang w:val="it-IT"/>
        </w:rPr>
        <w:t xml:space="preserve"> con i requisiti necessari per la frequenza </w:t>
      </w:r>
      <w:r w:rsidR="00C03780" w:rsidRPr="00C03780">
        <w:rPr>
          <w:rFonts w:ascii="Courier New" w:hAnsi="Courier New"/>
          <w:sz w:val="18"/>
          <w:lang w:val="it-IT"/>
        </w:rPr>
        <w:t>dei</w:t>
      </w:r>
      <w:r w:rsidRPr="00C03780">
        <w:rPr>
          <w:rFonts w:ascii="Courier New" w:hAnsi="Courier New"/>
          <w:sz w:val="18"/>
          <w:lang w:val="it-IT"/>
        </w:rPr>
        <w:t xml:space="preserve"> corsi.</w:t>
      </w:r>
    </w:p>
    <w:p w14:paraId="228C6F6A" w14:textId="77777777" w:rsidR="00C03780" w:rsidRDefault="00C03780">
      <w:pPr>
        <w:spacing w:after="20" w:line="240" w:lineRule="auto"/>
        <w:rPr>
          <w:rFonts w:ascii="Courier New" w:hAnsi="Courier New"/>
          <w:sz w:val="18"/>
          <w:lang w:val="it-IT"/>
        </w:rPr>
      </w:pPr>
    </w:p>
    <w:p w14:paraId="5F92F5D4" w14:textId="574C3B51" w:rsidR="00B2222D" w:rsidRPr="00C03780" w:rsidRDefault="00000000">
      <w:pPr>
        <w:spacing w:after="2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ART. 2- LIBERTA' DIDATTICA, DI RICERCA E FINALITA' DELL'INSEGNAMENTO</w:t>
      </w:r>
    </w:p>
    <w:p w14:paraId="341098CB" w14:textId="4C3BD989" w:rsidR="00B2222D" w:rsidRPr="00C03780" w:rsidRDefault="00000000">
      <w:pPr>
        <w:spacing w:after="2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L'Accademia garantisce la libertà di insegnamento e di ricerca ai docenti,</w:t>
      </w:r>
      <w:r w:rsidR="00C03780">
        <w:rPr>
          <w:rFonts w:ascii="Courier New" w:hAnsi="Courier New"/>
          <w:sz w:val="18"/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>all'interno delle direttive stabilite dagli organi preposti alla gestione,</w:t>
      </w:r>
      <w:r w:rsidR="00C03780">
        <w:rPr>
          <w:rFonts w:ascii="Courier New" w:hAnsi="Courier New"/>
          <w:sz w:val="18"/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>alla programmazione e al coordinamento della didattica, per il raggiungimento di una adeguata formazione superiore professionale e artistica degli</w:t>
      </w:r>
      <w:r w:rsidR="00C03780">
        <w:rPr>
          <w:rFonts w:ascii="Courier New" w:hAnsi="Courier New"/>
          <w:sz w:val="18"/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>studenti.</w:t>
      </w:r>
    </w:p>
    <w:p w14:paraId="6FC5F03F" w14:textId="42031ED7" w:rsidR="00B2222D" w:rsidRPr="00C03780" w:rsidRDefault="00000000">
      <w:pPr>
        <w:spacing w:after="2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 xml:space="preserve">L'Accademia </w:t>
      </w:r>
      <w:r w:rsidR="00C03780" w:rsidRPr="00C03780">
        <w:rPr>
          <w:rFonts w:ascii="Courier New" w:hAnsi="Courier New"/>
          <w:sz w:val="18"/>
          <w:lang w:val="it-IT"/>
        </w:rPr>
        <w:t>può</w:t>
      </w:r>
      <w:r w:rsidRPr="00C03780">
        <w:rPr>
          <w:rFonts w:ascii="Courier New" w:hAnsi="Courier New"/>
          <w:sz w:val="18"/>
          <w:lang w:val="it-IT"/>
        </w:rPr>
        <w:t xml:space="preserve"> anche collaborare con altri enti, pubblici e privati, per</w:t>
      </w:r>
      <w:r w:rsidR="00C03780">
        <w:rPr>
          <w:rFonts w:ascii="Courier New" w:hAnsi="Courier New"/>
          <w:sz w:val="18"/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>favorire l'inserimento nel mondo lavorativo, dei propri diplomati.</w:t>
      </w:r>
    </w:p>
    <w:p w14:paraId="572A020A" w14:textId="400B091F" w:rsidR="00B2222D" w:rsidRDefault="00000000">
      <w:pPr>
        <w:spacing w:after="20" w:line="240" w:lineRule="auto"/>
        <w:rPr>
          <w:rFonts w:ascii="Courier New" w:hAnsi="Courier New"/>
          <w:sz w:val="18"/>
          <w:lang w:val="it-IT"/>
        </w:rPr>
      </w:pPr>
      <w:r w:rsidRPr="00C03780">
        <w:rPr>
          <w:rFonts w:ascii="Courier New" w:hAnsi="Courier New"/>
          <w:sz w:val="18"/>
          <w:lang w:val="it-IT"/>
        </w:rPr>
        <w:t xml:space="preserve">I docenti e gli assistenti sono tenuti ad osservare scrupolosamente i doveri inerenti </w:t>
      </w:r>
      <w:proofErr w:type="gramStart"/>
      <w:r w:rsidRPr="00C03780">
        <w:rPr>
          <w:rFonts w:ascii="Courier New" w:hAnsi="Courier New"/>
          <w:sz w:val="18"/>
          <w:lang w:val="it-IT"/>
        </w:rPr>
        <w:t>il</w:t>
      </w:r>
      <w:proofErr w:type="gramEnd"/>
      <w:r w:rsidRPr="00C03780">
        <w:rPr>
          <w:rFonts w:ascii="Courier New" w:hAnsi="Courier New"/>
          <w:sz w:val="18"/>
          <w:lang w:val="it-IT"/>
        </w:rPr>
        <w:t xml:space="preserve"> proprio ruolo, e di tutto quanto disposto dagli Organi</w:t>
      </w:r>
      <w:r w:rsidR="00C03780">
        <w:rPr>
          <w:rFonts w:ascii="Courier New" w:hAnsi="Courier New"/>
          <w:sz w:val="18"/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>di Governo dell'Istituzione sia nello svolgimento della didattica, sia per</w:t>
      </w:r>
      <w:r w:rsidR="00C03780">
        <w:rPr>
          <w:rFonts w:ascii="Courier New" w:hAnsi="Courier New"/>
          <w:sz w:val="18"/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 xml:space="preserve">la regolarità delle lezioni, che garantiscano nel modo </w:t>
      </w:r>
      <w:r w:rsidR="00C03780" w:rsidRPr="00C03780">
        <w:rPr>
          <w:rFonts w:ascii="Courier New" w:hAnsi="Courier New"/>
          <w:sz w:val="18"/>
          <w:lang w:val="it-IT"/>
        </w:rPr>
        <w:t>più</w:t>
      </w:r>
      <w:r w:rsidRPr="00C03780">
        <w:rPr>
          <w:rFonts w:ascii="Courier New" w:hAnsi="Courier New"/>
          <w:sz w:val="18"/>
          <w:lang w:val="it-IT"/>
        </w:rPr>
        <w:t xml:space="preserve"> proficuo il</w:t>
      </w:r>
      <w:r w:rsidR="00C03780">
        <w:rPr>
          <w:rFonts w:ascii="Courier New" w:hAnsi="Courier New"/>
          <w:sz w:val="18"/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>diritto all'apprendimento degli studenti.</w:t>
      </w:r>
    </w:p>
    <w:p w14:paraId="2DD173EA" w14:textId="77777777" w:rsidR="00C03780" w:rsidRPr="00C03780" w:rsidRDefault="00C03780">
      <w:pPr>
        <w:spacing w:after="20" w:line="240" w:lineRule="auto"/>
        <w:rPr>
          <w:lang w:val="it-IT"/>
        </w:rPr>
      </w:pPr>
    </w:p>
    <w:p w14:paraId="019D2708" w14:textId="77777777" w:rsidR="00B2222D" w:rsidRPr="00C03780" w:rsidRDefault="00000000">
      <w:pPr>
        <w:spacing w:after="2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ART. 3 - FINANZIAMENTI E PATRIMONIO</w:t>
      </w:r>
    </w:p>
    <w:p w14:paraId="2AFDF562" w14:textId="466674D5" w:rsidR="00B2222D" w:rsidRPr="00C03780" w:rsidRDefault="00000000">
      <w:pPr>
        <w:spacing w:after="2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Le fonti di finanziamento dell'Accademia sono costituite dalle rette,</w:t>
      </w:r>
      <w:r w:rsidR="00C03780">
        <w:rPr>
          <w:rFonts w:ascii="Courier New" w:hAnsi="Courier New"/>
          <w:sz w:val="18"/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>stabilite annualmente in base a tutte le esigenze di gestione emergenti</w:t>
      </w:r>
      <w:r w:rsidR="00C03780">
        <w:rPr>
          <w:rFonts w:ascii="Courier New" w:hAnsi="Courier New"/>
          <w:sz w:val="18"/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 xml:space="preserve">dal bilancio presentato dall' </w:t>
      </w:r>
      <w:r w:rsidR="00C03780" w:rsidRPr="00C03780">
        <w:rPr>
          <w:rFonts w:ascii="Courier New" w:hAnsi="Courier New"/>
          <w:sz w:val="18"/>
          <w:lang w:val="it-IT"/>
        </w:rPr>
        <w:t>Istituzione</w:t>
      </w:r>
      <w:r w:rsidRPr="00C03780">
        <w:rPr>
          <w:rFonts w:ascii="Courier New" w:hAnsi="Courier New"/>
          <w:sz w:val="18"/>
          <w:lang w:val="it-IT"/>
        </w:rPr>
        <w:t xml:space="preserve"> (art. 1).</w:t>
      </w:r>
    </w:p>
    <w:p w14:paraId="322CCBE8" w14:textId="34A09695" w:rsidR="00B2222D" w:rsidRPr="00C03780" w:rsidRDefault="00000000">
      <w:pPr>
        <w:spacing w:after="2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Costituiscono patrimonio dell'Accademia l'intero immobile sito in via Savigliano 8/B, Cuneo, appositamente ristrutturato con specifica destinazione d'uso e adibito a sede principale - la biblioteca ivi collocata e</w:t>
      </w:r>
      <w:r w:rsidR="00C03780">
        <w:rPr>
          <w:rFonts w:ascii="Courier New" w:hAnsi="Courier New"/>
          <w:sz w:val="18"/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>tutte le attrezzature e gli arredi dei laboratori di pittura, tecniche</w:t>
      </w:r>
      <w:r w:rsidR="00C03780">
        <w:rPr>
          <w:rFonts w:ascii="Courier New" w:hAnsi="Courier New"/>
          <w:sz w:val="18"/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>dell'incisione, computer-graphic e arti multimediali, restauro di tele.</w:t>
      </w:r>
    </w:p>
    <w:p w14:paraId="7B9757B9" w14:textId="77777777" w:rsidR="00B2222D" w:rsidRPr="00C03780" w:rsidRDefault="00B2222D">
      <w:pPr>
        <w:spacing w:after="0"/>
        <w:rPr>
          <w:lang w:val="it-IT"/>
        </w:rPr>
      </w:pPr>
    </w:p>
    <w:p w14:paraId="47FE766C" w14:textId="0331D6D1" w:rsidR="00B2222D" w:rsidRPr="00C03780" w:rsidRDefault="00000000">
      <w:pPr>
        <w:spacing w:after="2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lastRenderedPageBreak/>
        <w:t xml:space="preserve">ART. 4 - </w:t>
      </w:r>
      <w:r w:rsidR="00C03780" w:rsidRPr="00C03780">
        <w:rPr>
          <w:rFonts w:ascii="Courier New" w:hAnsi="Courier New"/>
          <w:sz w:val="18"/>
          <w:lang w:val="it-IT"/>
        </w:rPr>
        <w:t>LIBERTÀ</w:t>
      </w:r>
      <w:r w:rsidRPr="00C03780">
        <w:rPr>
          <w:rFonts w:ascii="Courier New" w:hAnsi="Courier New"/>
          <w:sz w:val="18"/>
          <w:lang w:val="it-IT"/>
        </w:rPr>
        <w:t xml:space="preserve"> DI RIUNIONE E UTILIZZO DEI LOCALI</w:t>
      </w:r>
    </w:p>
    <w:p w14:paraId="0811EF18" w14:textId="26046426" w:rsidR="00B2222D" w:rsidRPr="00C03780" w:rsidRDefault="00C03780">
      <w:pPr>
        <w:spacing w:after="20" w:line="240" w:lineRule="auto"/>
        <w:rPr>
          <w:lang w:val="it-IT"/>
        </w:rPr>
      </w:pPr>
      <w:r>
        <w:rPr>
          <w:rFonts w:ascii="Courier New" w:hAnsi="Courier New"/>
          <w:sz w:val="18"/>
          <w:lang w:val="it-IT"/>
        </w:rPr>
        <w:t xml:space="preserve">È </w:t>
      </w:r>
      <w:r w:rsidRPr="00C03780">
        <w:rPr>
          <w:rFonts w:ascii="Courier New" w:hAnsi="Courier New"/>
          <w:sz w:val="18"/>
          <w:lang w:val="it-IT"/>
        </w:rPr>
        <w:t>garantita, all'interno dei locali dell'Accademia la libertà di riunione</w:t>
      </w:r>
    </w:p>
    <w:p w14:paraId="41174418" w14:textId="092D4FF8" w:rsidR="00B2222D" w:rsidRPr="00C03780" w:rsidRDefault="00000000">
      <w:pPr>
        <w:spacing w:after="2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 xml:space="preserve">per motivi didattici, organizzativi e culturali di tutte le componenti </w:t>
      </w:r>
      <w:r w:rsidR="00F86190" w:rsidRPr="00C03780">
        <w:rPr>
          <w:rFonts w:ascii="Courier New" w:hAnsi="Courier New"/>
          <w:sz w:val="18"/>
          <w:lang w:val="it-IT"/>
        </w:rPr>
        <w:t>l’Istituzione</w:t>
      </w:r>
      <w:r w:rsidRPr="00C03780">
        <w:rPr>
          <w:rFonts w:ascii="Courier New" w:hAnsi="Courier New"/>
          <w:sz w:val="18"/>
          <w:lang w:val="it-IT"/>
        </w:rPr>
        <w:t>.</w:t>
      </w:r>
    </w:p>
    <w:p w14:paraId="64049EB1" w14:textId="3FFE7434" w:rsidR="00B2222D" w:rsidRPr="00C03780" w:rsidRDefault="00000000">
      <w:pPr>
        <w:spacing w:after="2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 xml:space="preserve">Vengono </w:t>
      </w:r>
      <w:r w:rsidR="00C03780" w:rsidRPr="00C03780">
        <w:rPr>
          <w:rFonts w:ascii="Courier New" w:hAnsi="Courier New"/>
          <w:sz w:val="18"/>
          <w:lang w:val="it-IT"/>
        </w:rPr>
        <w:t>altresì</w:t>
      </w:r>
      <w:r w:rsidRPr="00C03780">
        <w:rPr>
          <w:rFonts w:ascii="Courier New" w:hAnsi="Courier New"/>
          <w:sz w:val="18"/>
          <w:lang w:val="it-IT"/>
        </w:rPr>
        <w:t xml:space="preserve"> favorite attività congressuali, seminariali ed espositive</w:t>
      </w:r>
      <w:r w:rsidR="00C03780">
        <w:rPr>
          <w:rFonts w:ascii="Courier New" w:hAnsi="Courier New"/>
          <w:sz w:val="18"/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>quale arricchimento culturale e ampliamento delle conoscenze artistico-</w:t>
      </w:r>
    </w:p>
    <w:p w14:paraId="2048CC96" w14:textId="77777777" w:rsidR="00B2222D" w:rsidRDefault="00000000">
      <w:pPr>
        <w:spacing w:after="20" w:line="240" w:lineRule="auto"/>
        <w:rPr>
          <w:rFonts w:ascii="Courier New" w:hAnsi="Courier New"/>
          <w:sz w:val="18"/>
          <w:lang w:val="it-IT"/>
        </w:rPr>
      </w:pPr>
      <w:r w:rsidRPr="00C03780">
        <w:rPr>
          <w:rFonts w:ascii="Courier New" w:hAnsi="Courier New"/>
          <w:sz w:val="18"/>
          <w:lang w:val="it-IT"/>
        </w:rPr>
        <w:t>professionali.</w:t>
      </w:r>
    </w:p>
    <w:p w14:paraId="266DD6A1" w14:textId="77777777" w:rsidR="00C03780" w:rsidRPr="00C03780" w:rsidRDefault="00C03780">
      <w:pPr>
        <w:spacing w:after="20" w:line="240" w:lineRule="auto"/>
        <w:rPr>
          <w:lang w:val="it-IT"/>
        </w:rPr>
      </w:pPr>
    </w:p>
    <w:p w14:paraId="23DD59A1" w14:textId="77777777" w:rsidR="00B2222D" w:rsidRPr="00C03780" w:rsidRDefault="00000000">
      <w:pPr>
        <w:spacing w:after="2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ART. 5 - NORME DI COMPORTAMENTO</w:t>
      </w:r>
    </w:p>
    <w:p w14:paraId="4A27E2B2" w14:textId="2F658E3E" w:rsidR="00B2222D" w:rsidRDefault="00000000" w:rsidP="007C0E96">
      <w:pPr>
        <w:spacing w:after="20" w:line="240" w:lineRule="auto"/>
        <w:rPr>
          <w:rFonts w:ascii="Courier New" w:hAnsi="Courier New"/>
          <w:sz w:val="18"/>
          <w:lang w:val="it-IT"/>
        </w:rPr>
      </w:pPr>
      <w:r w:rsidRPr="00C03780">
        <w:rPr>
          <w:rFonts w:ascii="Courier New" w:hAnsi="Courier New"/>
          <w:sz w:val="18"/>
          <w:lang w:val="it-IT"/>
        </w:rPr>
        <w:t>Il personale docente e non docente e gli studenti hanno il diritto e il</w:t>
      </w:r>
      <w:r w:rsidR="007C0E96">
        <w:rPr>
          <w:rFonts w:ascii="Courier New" w:hAnsi="Courier New"/>
          <w:sz w:val="18"/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>dovere, nell'ambito dei propri ruoli, di concorrere a favorire un ottimale</w:t>
      </w:r>
      <w:r w:rsidR="007C0E96">
        <w:rPr>
          <w:rFonts w:ascii="Courier New" w:hAnsi="Courier New"/>
          <w:sz w:val="18"/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>funzionamento dell'Accademia, secondo le finalità stabilite dagli Organi</w:t>
      </w:r>
      <w:r w:rsidR="007C0E96">
        <w:rPr>
          <w:rFonts w:ascii="Courier New" w:hAnsi="Courier New"/>
          <w:sz w:val="18"/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>di Governo e secondo le modalità prescritte dal presente Statuto.</w:t>
      </w:r>
    </w:p>
    <w:p w14:paraId="5A6CFD5B" w14:textId="77777777" w:rsidR="007C0E96" w:rsidRPr="00C03780" w:rsidRDefault="007C0E96" w:rsidP="007C0E96">
      <w:pPr>
        <w:spacing w:after="20" w:line="240" w:lineRule="auto"/>
        <w:rPr>
          <w:lang w:val="it-IT"/>
        </w:rPr>
      </w:pPr>
    </w:p>
    <w:p w14:paraId="50A169DA" w14:textId="7D3AF620" w:rsidR="00B2222D" w:rsidRPr="00C03780" w:rsidRDefault="00000000">
      <w:pPr>
        <w:spacing w:after="2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ART. 6 - STATUTO</w:t>
      </w:r>
    </w:p>
    <w:p w14:paraId="7DE6D373" w14:textId="11F67310" w:rsidR="00B2222D" w:rsidRDefault="007C0E96">
      <w:pPr>
        <w:spacing w:after="20" w:line="240" w:lineRule="auto"/>
        <w:rPr>
          <w:rFonts w:ascii="Courier New" w:hAnsi="Courier New"/>
          <w:sz w:val="18"/>
          <w:lang w:val="it-IT"/>
        </w:rPr>
      </w:pPr>
      <w:r w:rsidRPr="00C03780">
        <w:rPr>
          <w:rFonts w:ascii="Courier New" w:hAnsi="Courier New"/>
          <w:sz w:val="18"/>
          <w:lang w:val="it-IT"/>
        </w:rPr>
        <w:t>Il presente Statuto viene emanato con delibera del Consiglio di Amministrazione e inviato al Ministero dell'Istruzione, dell'Università e della</w:t>
      </w:r>
      <w:r>
        <w:rPr>
          <w:rFonts w:ascii="Courier New" w:hAnsi="Courier New"/>
          <w:sz w:val="18"/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>Ricerca, Alta Formazione Artistica e Musicale.</w:t>
      </w:r>
    </w:p>
    <w:p w14:paraId="09A2922F" w14:textId="77777777" w:rsidR="007C0E96" w:rsidRPr="00C03780" w:rsidRDefault="007C0E96">
      <w:pPr>
        <w:spacing w:after="20" w:line="240" w:lineRule="auto"/>
        <w:rPr>
          <w:lang w:val="it-IT"/>
        </w:rPr>
      </w:pPr>
    </w:p>
    <w:p w14:paraId="1B4AD02D" w14:textId="77777777" w:rsidR="00B2222D" w:rsidRPr="00C03780" w:rsidRDefault="00000000">
      <w:pPr>
        <w:spacing w:after="2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ART. 7 - REGOLAMENTO DIDATTICO</w:t>
      </w:r>
    </w:p>
    <w:p w14:paraId="6EF770FF" w14:textId="2B99452D" w:rsidR="00B2222D" w:rsidRPr="00C03780" w:rsidRDefault="00000000">
      <w:pPr>
        <w:spacing w:after="2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Detto regolamento verrà formulato appena saranno approvati, da parte del</w:t>
      </w:r>
      <w:r w:rsidR="007C0E96">
        <w:rPr>
          <w:rFonts w:ascii="Courier New" w:hAnsi="Courier New"/>
          <w:sz w:val="18"/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>competente Ministero, i regolamenti di autonomia didattica e verranno definiti gli indirizzi, i corsi, le scuole e i dipartimenti da attivare</w:t>
      </w:r>
      <w:r w:rsidR="007C0E96">
        <w:rPr>
          <w:rFonts w:ascii="Courier New" w:hAnsi="Courier New"/>
          <w:sz w:val="18"/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>presso l'Accademia di Belle Arti di Cuneo.</w:t>
      </w:r>
    </w:p>
    <w:p w14:paraId="24F7220F" w14:textId="04AD1839" w:rsidR="007C0E96" w:rsidRDefault="00000000">
      <w:pPr>
        <w:spacing w:after="20" w:line="240" w:lineRule="auto"/>
        <w:rPr>
          <w:rFonts w:ascii="Courier New" w:hAnsi="Courier New"/>
          <w:sz w:val="18"/>
          <w:lang w:val="it-IT"/>
        </w:rPr>
      </w:pPr>
      <w:r w:rsidRPr="00C03780">
        <w:rPr>
          <w:rFonts w:ascii="Courier New" w:hAnsi="Courier New"/>
          <w:sz w:val="18"/>
          <w:lang w:val="it-IT"/>
        </w:rPr>
        <w:t xml:space="preserve">Attualmente </w:t>
      </w:r>
      <w:r w:rsidR="007C0E96" w:rsidRPr="00C03780">
        <w:rPr>
          <w:rFonts w:ascii="Courier New" w:hAnsi="Courier New"/>
          <w:sz w:val="18"/>
          <w:lang w:val="it-IT"/>
        </w:rPr>
        <w:t>è</w:t>
      </w:r>
      <w:r w:rsidRPr="00C03780">
        <w:rPr>
          <w:rFonts w:ascii="Courier New" w:hAnsi="Courier New"/>
          <w:sz w:val="18"/>
          <w:lang w:val="it-IT"/>
        </w:rPr>
        <w:t xml:space="preserve"> attivato il corso completo di PITTURA, con due sperimentazioni ad esso afferenti, autorizzate dall'Ispettorato per l'Istruzione Artistica - ARTI MULTIMEDIALI E COMUNICAZIONE VISIVA / RESTAURO E CONSERVAZIONE DEI BENI CULTURALI E AMBIENTALI - e una autorizzata dal MIUR-Alta Formazione Artistica e Musicale, sempre afferente al corso di Pittura - GRAFICA E FOTOGRAFIA DI MODA,</w:t>
      </w:r>
      <w:r w:rsidR="007C0E96">
        <w:rPr>
          <w:rFonts w:ascii="Courier New" w:hAnsi="Courier New"/>
          <w:sz w:val="18"/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>DESIGN e ARREDAMENTO.</w:t>
      </w:r>
    </w:p>
    <w:p w14:paraId="202105B9" w14:textId="77777777" w:rsidR="007C0E96" w:rsidRDefault="007C0E96">
      <w:pPr>
        <w:spacing w:after="20" w:line="240" w:lineRule="auto"/>
        <w:rPr>
          <w:rFonts w:ascii="Courier New" w:hAnsi="Courier New"/>
          <w:sz w:val="18"/>
          <w:lang w:val="it-IT"/>
        </w:rPr>
      </w:pPr>
    </w:p>
    <w:p w14:paraId="78D734FB" w14:textId="3E53263B" w:rsidR="00B2222D" w:rsidRPr="00C03780" w:rsidRDefault="00000000">
      <w:pPr>
        <w:spacing w:after="2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La normativa di accesso, frequenza, esami di profitto e diploma, trasferimenti fa riferimento a quella vigente per legge nelle Accademie di Belle</w:t>
      </w:r>
      <w:r w:rsidR="007C0E96">
        <w:rPr>
          <w:rFonts w:ascii="Courier New" w:hAnsi="Courier New"/>
          <w:sz w:val="18"/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>Arti,</w:t>
      </w:r>
      <w:r w:rsidR="007C0E96">
        <w:rPr>
          <w:rFonts w:ascii="Courier New" w:hAnsi="Courier New"/>
          <w:sz w:val="18"/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>fino all'entrata in vigore dei nuovi regolamenti.</w:t>
      </w:r>
    </w:p>
    <w:p w14:paraId="08B5C924" w14:textId="6588EA7C" w:rsidR="00B2222D" w:rsidRPr="00C03780" w:rsidRDefault="00000000">
      <w:pPr>
        <w:spacing w:after="2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 xml:space="preserve">11 nulla osta di trasferimento ad altra Accademia di Belle Arti per i frequentanti i corsi sperimentali </w:t>
      </w:r>
      <w:r w:rsidR="007C0E96" w:rsidRPr="00C03780">
        <w:rPr>
          <w:rFonts w:ascii="Courier New" w:hAnsi="Courier New"/>
          <w:sz w:val="18"/>
          <w:lang w:val="it-IT"/>
        </w:rPr>
        <w:t>può</w:t>
      </w:r>
      <w:r w:rsidRPr="00C03780">
        <w:rPr>
          <w:rFonts w:ascii="Courier New" w:hAnsi="Courier New"/>
          <w:sz w:val="18"/>
          <w:lang w:val="it-IT"/>
        </w:rPr>
        <w:t xml:space="preserve"> essere concesso solamente per analoghi</w:t>
      </w:r>
      <w:r w:rsidR="007C0E96">
        <w:rPr>
          <w:rFonts w:ascii="Courier New" w:hAnsi="Courier New"/>
          <w:sz w:val="18"/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>indirizzi aventi i medesimi insegnamenti fondamentali.</w:t>
      </w:r>
    </w:p>
    <w:p w14:paraId="08B5C683" w14:textId="77777777" w:rsidR="007C0E96" w:rsidRDefault="007C0E96">
      <w:pPr>
        <w:spacing w:after="20" w:line="240" w:lineRule="auto"/>
        <w:rPr>
          <w:rFonts w:ascii="Courier New" w:hAnsi="Courier New"/>
          <w:sz w:val="18"/>
          <w:lang w:val="it-IT"/>
        </w:rPr>
      </w:pPr>
    </w:p>
    <w:p w14:paraId="40F221D3" w14:textId="509895C0" w:rsidR="00B2222D" w:rsidRPr="00C03780" w:rsidRDefault="00000000">
      <w:pPr>
        <w:spacing w:after="2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ART. 8 - TUTORATO</w:t>
      </w:r>
    </w:p>
    <w:p w14:paraId="2727B52C" w14:textId="4CEE4488" w:rsidR="00B2222D" w:rsidRPr="00C03780" w:rsidRDefault="00000000">
      <w:pPr>
        <w:spacing w:after="2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Viene istituito un servizio di tutorato avente come finalità il facilitare gli studenti nell'approccio al mondo accademico, nella scelta dei corsi e nella stesura dei piani di studio, nell'</w:t>
      </w:r>
      <w:r w:rsidR="007C0E96" w:rsidRPr="00C03780">
        <w:rPr>
          <w:rFonts w:ascii="Courier New" w:hAnsi="Courier New"/>
          <w:sz w:val="18"/>
          <w:lang w:val="it-IT"/>
        </w:rPr>
        <w:t>elaborazione</w:t>
      </w:r>
      <w:r w:rsidRPr="00C03780">
        <w:rPr>
          <w:rFonts w:ascii="Courier New" w:hAnsi="Courier New"/>
          <w:sz w:val="18"/>
          <w:lang w:val="it-IT"/>
        </w:rPr>
        <w:t xml:space="preserve"> della tesi, nelle metodologie di apprendimento e nell'utilizzo delle attrezzature, anche</w:t>
      </w:r>
      <w:r w:rsidR="007C0E96">
        <w:rPr>
          <w:rFonts w:ascii="Courier New" w:hAnsi="Courier New"/>
          <w:sz w:val="18"/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>informatiche.                                                   _</w:t>
      </w:r>
    </w:p>
    <w:p w14:paraId="24950750" w14:textId="2A5419D3" w:rsidR="00B2222D" w:rsidRDefault="00000000">
      <w:pPr>
        <w:spacing w:after="2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L'individuazione dei tutor viene effettuata dai Consigli di Corso e la loro nomina dal Consiglio Accademico sentito il parere del Consiglio di Amministrazione.</w:t>
      </w:r>
    </w:p>
    <w:p w14:paraId="7915A786" w14:textId="0F5319A0" w:rsidR="00B2222D" w:rsidRPr="00C03780" w:rsidRDefault="00B2222D">
      <w:pPr>
        <w:spacing w:after="20" w:line="240" w:lineRule="auto"/>
        <w:rPr>
          <w:lang w:val="it-IT"/>
        </w:rPr>
      </w:pPr>
    </w:p>
    <w:p w14:paraId="4EC8B16C" w14:textId="77777777" w:rsidR="00B2222D" w:rsidRPr="00C03780" w:rsidRDefault="00000000">
      <w:pPr>
        <w:spacing w:after="2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ORGANI DI GOVERNO DELL'ACCADEMIA DI BELLE ARTI DI CUNEO</w:t>
      </w:r>
    </w:p>
    <w:p w14:paraId="7211DD07" w14:textId="77777777" w:rsidR="007C0E96" w:rsidRDefault="007C0E96">
      <w:pPr>
        <w:spacing w:after="20" w:line="240" w:lineRule="auto"/>
        <w:rPr>
          <w:rFonts w:ascii="Courier New" w:hAnsi="Courier New"/>
          <w:sz w:val="18"/>
          <w:lang w:val="it-IT"/>
        </w:rPr>
      </w:pPr>
    </w:p>
    <w:p w14:paraId="044B4BE3" w14:textId="020AC41A" w:rsidR="00B2222D" w:rsidRPr="00C03780" w:rsidRDefault="00000000">
      <w:pPr>
        <w:spacing w:after="2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ART. 9 - INDICAZIONI GENERALI</w:t>
      </w:r>
    </w:p>
    <w:p w14:paraId="554BE7A9" w14:textId="274FB3AB" w:rsidR="00B2222D" w:rsidRPr="00C03780" w:rsidRDefault="00000000">
      <w:pPr>
        <w:spacing w:after="2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I ruoli di gestione finanziaria / amministrativa e di gestione didattica</w:t>
      </w:r>
      <w:r w:rsidR="007C0E96">
        <w:rPr>
          <w:rFonts w:ascii="Courier New" w:hAnsi="Courier New"/>
          <w:sz w:val="18"/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>sono separati e svolti da organi diversi.</w:t>
      </w:r>
    </w:p>
    <w:p w14:paraId="45F6CB3F" w14:textId="12173E4D" w:rsidR="00B2222D" w:rsidRDefault="00000000">
      <w:pPr>
        <w:spacing w:after="20" w:line="240" w:lineRule="auto"/>
        <w:rPr>
          <w:rFonts w:ascii="Courier New" w:hAnsi="Courier New"/>
          <w:sz w:val="18"/>
          <w:lang w:val="it-IT"/>
        </w:rPr>
      </w:pPr>
      <w:r w:rsidRPr="00C03780">
        <w:rPr>
          <w:rFonts w:ascii="Courier New" w:hAnsi="Courier New"/>
          <w:sz w:val="18"/>
          <w:lang w:val="it-IT"/>
        </w:rPr>
        <w:t>Gli organi che governano l'Accademia individuano finalità e programmi</w:t>
      </w:r>
      <w:r w:rsidR="007C0E96">
        <w:rPr>
          <w:rFonts w:ascii="Courier New" w:hAnsi="Courier New"/>
          <w:sz w:val="18"/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>da attuare e controllano che le direttive impartite trovino corrispondenza nell'andamento generale dell'Istituzione e nei risultati didattici</w:t>
      </w:r>
      <w:r w:rsidR="007C0E96">
        <w:rPr>
          <w:rFonts w:ascii="Courier New" w:hAnsi="Courier New"/>
          <w:sz w:val="18"/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>raggiunti.</w:t>
      </w:r>
    </w:p>
    <w:p w14:paraId="2E559E0A" w14:textId="77777777" w:rsidR="007C0E96" w:rsidRPr="00C03780" w:rsidRDefault="007C0E96">
      <w:pPr>
        <w:spacing w:after="20" w:line="240" w:lineRule="auto"/>
        <w:rPr>
          <w:lang w:val="it-IT"/>
        </w:rPr>
      </w:pPr>
    </w:p>
    <w:p w14:paraId="27DFFC2A" w14:textId="77777777" w:rsidR="00B2222D" w:rsidRPr="00C03780" w:rsidRDefault="00000000">
      <w:pPr>
        <w:spacing w:after="2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ART. 10 - ORGANI DELL'ISTITUZIONE</w:t>
      </w:r>
    </w:p>
    <w:p w14:paraId="56D9ADA6" w14:textId="77777777" w:rsidR="00B2222D" w:rsidRPr="00C03780" w:rsidRDefault="00000000">
      <w:pPr>
        <w:spacing w:after="2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Gli organi che amministrano e governano l'Accademia sono</w:t>
      </w:r>
    </w:p>
    <w:p w14:paraId="77E7A3B3" w14:textId="77777777" w:rsidR="00B2222D" w:rsidRPr="00C03780" w:rsidRDefault="00000000">
      <w:pPr>
        <w:spacing w:after="2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a) il Presidente</w:t>
      </w:r>
    </w:p>
    <w:p w14:paraId="0C800789" w14:textId="77777777" w:rsidR="00B2222D" w:rsidRPr="00C03780" w:rsidRDefault="00000000">
      <w:pPr>
        <w:spacing w:after="2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b) il Direttore</w:t>
      </w:r>
    </w:p>
    <w:p w14:paraId="26ADCFD7" w14:textId="77777777" w:rsidR="00B2222D" w:rsidRPr="00C03780" w:rsidRDefault="00000000">
      <w:pPr>
        <w:spacing w:after="2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c) il Consiglio di Amministrazione</w:t>
      </w:r>
    </w:p>
    <w:p w14:paraId="750B2000" w14:textId="77777777" w:rsidR="00B2222D" w:rsidRPr="00C03780" w:rsidRDefault="00000000">
      <w:pPr>
        <w:spacing w:after="2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4) il Consiglio Accademico</w:t>
      </w:r>
    </w:p>
    <w:p w14:paraId="46D7A958" w14:textId="26D8E0D5" w:rsidR="00B2222D" w:rsidRPr="00C03780" w:rsidRDefault="00000000">
      <w:pPr>
        <w:spacing w:after="2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e) il Nucleo di Valutazione</w:t>
      </w:r>
    </w:p>
    <w:p w14:paraId="5A886CDC" w14:textId="77777777" w:rsidR="00B2222D" w:rsidRPr="00C03780" w:rsidRDefault="00000000">
      <w:pPr>
        <w:spacing w:after="2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f) il Collegio dei Docenti</w:t>
      </w:r>
    </w:p>
    <w:p w14:paraId="3EC5103C" w14:textId="72D46782" w:rsidR="00B2222D" w:rsidRDefault="00000000">
      <w:pPr>
        <w:spacing w:after="20" w:line="240" w:lineRule="auto"/>
        <w:rPr>
          <w:rFonts w:ascii="Courier New" w:hAnsi="Courier New"/>
          <w:sz w:val="18"/>
          <w:lang w:val="it-IT"/>
        </w:rPr>
      </w:pPr>
      <w:r w:rsidRPr="00C03780">
        <w:rPr>
          <w:rFonts w:ascii="Courier New" w:hAnsi="Courier New"/>
          <w:sz w:val="18"/>
          <w:lang w:val="it-IT"/>
        </w:rPr>
        <w:t>g) la Consulta degli Studenti</w:t>
      </w:r>
    </w:p>
    <w:p w14:paraId="181BD13C" w14:textId="77777777" w:rsidR="007C0E96" w:rsidRPr="00C03780" w:rsidRDefault="007C0E96">
      <w:pPr>
        <w:spacing w:after="20" w:line="240" w:lineRule="auto"/>
        <w:rPr>
          <w:lang w:val="it-IT"/>
        </w:rPr>
      </w:pPr>
    </w:p>
    <w:p w14:paraId="290C9F3F" w14:textId="4C67192B" w:rsidR="00B2222D" w:rsidRPr="00C03780" w:rsidRDefault="00000000">
      <w:pPr>
        <w:spacing w:after="2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lastRenderedPageBreak/>
        <w:t>ART. 11 - IL PRESIDENTE</w:t>
      </w:r>
    </w:p>
    <w:p w14:paraId="6B562F19" w14:textId="1EA16183" w:rsidR="00B2222D" w:rsidRPr="00C03780" w:rsidRDefault="00000000">
      <w:pPr>
        <w:spacing w:after="2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 xml:space="preserve">11 Presidente </w:t>
      </w:r>
      <w:r w:rsidR="007C0E96" w:rsidRPr="00C03780">
        <w:rPr>
          <w:rFonts w:ascii="Courier New" w:hAnsi="Courier New"/>
          <w:sz w:val="18"/>
          <w:lang w:val="it-IT"/>
        </w:rPr>
        <w:t>è</w:t>
      </w:r>
      <w:r w:rsidRPr="00C03780">
        <w:rPr>
          <w:rFonts w:ascii="Courier New" w:hAnsi="Courier New"/>
          <w:sz w:val="18"/>
          <w:lang w:val="it-IT"/>
        </w:rPr>
        <w:t xml:space="preserve"> il rappresentante legale dell'Istituzione, di cui ne </w:t>
      </w:r>
      <w:r w:rsidR="007C0E96">
        <w:rPr>
          <w:rFonts w:ascii="Courier New" w:hAnsi="Courier New"/>
          <w:sz w:val="18"/>
          <w:lang w:val="it-IT"/>
        </w:rPr>
        <w:t>è</w:t>
      </w:r>
      <w:r w:rsidR="007C0E96">
        <w:rPr>
          <w:lang w:val="it-IT"/>
        </w:rPr>
        <w:t xml:space="preserve"> </w:t>
      </w:r>
      <w:r w:rsidR="007C0E96">
        <w:rPr>
          <w:rFonts w:ascii="Courier New" w:hAnsi="Courier New"/>
          <w:sz w:val="18"/>
          <w:lang w:val="it-IT"/>
        </w:rPr>
        <w:t>g</w:t>
      </w:r>
      <w:r w:rsidRPr="00C03780">
        <w:rPr>
          <w:rFonts w:ascii="Courier New" w:hAnsi="Courier New"/>
          <w:sz w:val="18"/>
          <w:lang w:val="it-IT"/>
        </w:rPr>
        <w:t>estore finanziario e amministrativo</w:t>
      </w:r>
    </w:p>
    <w:p w14:paraId="45AD4AE5" w14:textId="77777777" w:rsidR="007C0E96" w:rsidRDefault="007C0E96">
      <w:pPr>
        <w:spacing w:after="20" w:line="240" w:lineRule="auto"/>
        <w:rPr>
          <w:rFonts w:ascii="Courier New" w:hAnsi="Courier New"/>
          <w:sz w:val="18"/>
          <w:lang w:val="it-IT"/>
        </w:rPr>
      </w:pPr>
    </w:p>
    <w:p w14:paraId="503B9563" w14:textId="3E650CEA" w:rsidR="00B2222D" w:rsidRPr="00C03780" w:rsidRDefault="00000000">
      <w:pPr>
        <w:spacing w:after="2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ART. 12 - IL DIRETTORE</w:t>
      </w:r>
    </w:p>
    <w:p w14:paraId="48783094" w14:textId="2754CF5B" w:rsidR="00B2222D" w:rsidRDefault="00000000">
      <w:pPr>
        <w:spacing w:after="20" w:line="240" w:lineRule="auto"/>
        <w:rPr>
          <w:rFonts w:ascii="Courier New" w:hAnsi="Courier New"/>
          <w:sz w:val="18"/>
          <w:lang w:val="it-IT"/>
        </w:rPr>
      </w:pPr>
      <w:r w:rsidRPr="00C03780">
        <w:rPr>
          <w:rFonts w:ascii="Courier New" w:hAnsi="Courier New"/>
          <w:sz w:val="18"/>
          <w:lang w:val="it-IT"/>
        </w:rPr>
        <w:t xml:space="preserve">Il Direttore </w:t>
      </w:r>
      <w:r w:rsidR="007C0E96">
        <w:rPr>
          <w:rFonts w:ascii="Courier New" w:hAnsi="Courier New"/>
          <w:sz w:val="18"/>
          <w:lang w:val="it-IT"/>
        </w:rPr>
        <w:t>è</w:t>
      </w:r>
      <w:r w:rsidRPr="00C03780">
        <w:rPr>
          <w:rFonts w:ascii="Courier New" w:hAnsi="Courier New"/>
          <w:sz w:val="18"/>
          <w:lang w:val="it-IT"/>
        </w:rPr>
        <w:t xml:space="preserve"> il responsabile dell'andamento didattico,</w:t>
      </w:r>
      <w:r w:rsidR="007C0E96">
        <w:rPr>
          <w:rFonts w:ascii="Courier New" w:hAnsi="Courier New"/>
          <w:sz w:val="18"/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>scientifico e</w:t>
      </w:r>
      <w:r w:rsidR="007C0E96">
        <w:rPr>
          <w:rFonts w:ascii="Courier New" w:hAnsi="Courier New"/>
          <w:sz w:val="18"/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 xml:space="preserve">artistico dell'Istituzione, che </w:t>
      </w:r>
      <w:r w:rsidR="007C0E96">
        <w:rPr>
          <w:rFonts w:ascii="Courier New" w:hAnsi="Courier New"/>
          <w:sz w:val="18"/>
          <w:lang w:val="it-IT"/>
        </w:rPr>
        <w:t>è</w:t>
      </w:r>
      <w:r w:rsidRPr="00C03780">
        <w:rPr>
          <w:rFonts w:ascii="Courier New" w:hAnsi="Courier New"/>
          <w:sz w:val="18"/>
          <w:lang w:val="it-IT"/>
        </w:rPr>
        <w:t xml:space="preserve"> da lui rappresentata nelle collaborazioni nelle attività per conto terzi.</w:t>
      </w:r>
    </w:p>
    <w:p w14:paraId="45EC8205" w14:textId="77777777" w:rsidR="00B2222D" w:rsidRPr="00C03780" w:rsidRDefault="00000000">
      <w:pPr>
        <w:spacing w:after="2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Convoca e presiede i1 Consiglio Accademico e il Collegio dei Docenti.</w:t>
      </w:r>
    </w:p>
    <w:p w14:paraId="3CB6419B" w14:textId="702713A0" w:rsidR="00B2222D" w:rsidRPr="00C03780" w:rsidRDefault="007C0E96">
      <w:pPr>
        <w:spacing w:after="20" w:line="240" w:lineRule="auto"/>
        <w:rPr>
          <w:lang w:val="it-IT"/>
        </w:rPr>
      </w:pPr>
      <w:r>
        <w:rPr>
          <w:rFonts w:ascii="Courier New" w:hAnsi="Courier New"/>
          <w:sz w:val="18"/>
          <w:lang w:val="it-IT"/>
        </w:rPr>
        <w:t xml:space="preserve">È </w:t>
      </w:r>
      <w:r w:rsidRPr="00C03780">
        <w:rPr>
          <w:rFonts w:ascii="Courier New" w:hAnsi="Courier New"/>
          <w:sz w:val="18"/>
          <w:lang w:val="it-IT"/>
        </w:rPr>
        <w:t>eletto su indicazione del rappresentante legale dell'Istituzione con</w:t>
      </w:r>
      <w:r>
        <w:rPr>
          <w:rFonts w:ascii="Courier New" w:hAnsi="Courier New"/>
          <w:sz w:val="18"/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>approvazione del Collegio dei Docenti e deve essere in possesso di titolo di studio, esperienze professionali, didattiche e direttive adeguate</w:t>
      </w:r>
      <w:r>
        <w:rPr>
          <w:rFonts w:ascii="Courier New" w:hAnsi="Courier New"/>
          <w:sz w:val="18"/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>al ruolo che gli compete.</w:t>
      </w:r>
    </w:p>
    <w:p w14:paraId="0B2A65BF" w14:textId="52FE2352" w:rsidR="00B2222D" w:rsidRPr="00C03780" w:rsidRDefault="007C0E96">
      <w:pPr>
        <w:spacing w:after="2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È responsabile di azioni disciplinari nei confronti del personale docente e degli studenti</w:t>
      </w:r>
      <w:r>
        <w:rPr>
          <w:rFonts w:ascii="Courier New" w:hAnsi="Courier New"/>
          <w:sz w:val="18"/>
          <w:lang w:val="it-IT"/>
        </w:rPr>
        <w:t>.</w:t>
      </w:r>
    </w:p>
    <w:p w14:paraId="748E06A2" w14:textId="77777777" w:rsidR="00B2222D" w:rsidRPr="00C03780" w:rsidRDefault="00000000">
      <w:pPr>
        <w:spacing w:after="2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I1 Collegio dei docenti nomina un vicedirettore che svolgerà tutte le</w:t>
      </w:r>
    </w:p>
    <w:p w14:paraId="55400C6C" w14:textId="2DE54C12" w:rsidR="00B2222D" w:rsidRPr="00C03780" w:rsidRDefault="00000000" w:rsidP="007C0E96">
      <w:pPr>
        <w:spacing w:after="2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funzioni del Direttore stesso in caso di sua assenza.</w:t>
      </w:r>
    </w:p>
    <w:p w14:paraId="29F4A117" w14:textId="5C86C20D" w:rsidR="00B2222D" w:rsidRDefault="00000000">
      <w:pPr>
        <w:spacing w:after="20" w:line="240" w:lineRule="auto"/>
        <w:rPr>
          <w:rFonts w:ascii="Courier New" w:hAnsi="Courier New"/>
          <w:sz w:val="18"/>
          <w:lang w:val="it-IT"/>
        </w:rPr>
      </w:pPr>
      <w:r w:rsidRPr="00C03780">
        <w:rPr>
          <w:rFonts w:ascii="Courier New" w:hAnsi="Courier New"/>
          <w:sz w:val="18"/>
          <w:lang w:val="it-IT"/>
        </w:rPr>
        <w:t xml:space="preserve">Il Nucleo di Valutazione ha durata </w:t>
      </w:r>
      <w:r w:rsidR="007C0E96" w:rsidRPr="00C03780">
        <w:rPr>
          <w:rFonts w:ascii="Courier New" w:hAnsi="Courier New"/>
          <w:sz w:val="18"/>
          <w:lang w:val="it-IT"/>
        </w:rPr>
        <w:t>triennale</w:t>
      </w:r>
      <w:r w:rsidRPr="00C03780">
        <w:rPr>
          <w:rFonts w:ascii="Courier New" w:hAnsi="Courier New"/>
          <w:sz w:val="18"/>
          <w:lang w:val="it-IT"/>
        </w:rPr>
        <w:t xml:space="preserve"> con possibilità di rinnovo.</w:t>
      </w:r>
    </w:p>
    <w:p w14:paraId="0608EF00" w14:textId="77777777" w:rsidR="007C0E96" w:rsidRPr="00C03780" w:rsidRDefault="007C0E96">
      <w:pPr>
        <w:spacing w:after="20" w:line="240" w:lineRule="auto"/>
        <w:rPr>
          <w:lang w:val="it-IT"/>
        </w:rPr>
      </w:pPr>
    </w:p>
    <w:p w14:paraId="28D4AA1A" w14:textId="77777777" w:rsidR="00B2222D" w:rsidRPr="00C03780" w:rsidRDefault="00000000">
      <w:pPr>
        <w:spacing w:after="2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ART. 16-IL COLLEGIO DEI DOCENTI</w:t>
      </w:r>
    </w:p>
    <w:p w14:paraId="438297D9" w14:textId="028C8718" w:rsidR="00B2222D" w:rsidRPr="00C03780" w:rsidRDefault="00000000">
      <w:pPr>
        <w:spacing w:after="2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 xml:space="preserve">Il Collegio dei Docenti </w:t>
      </w:r>
      <w:r w:rsidR="007C0E96" w:rsidRPr="00C03780">
        <w:rPr>
          <w:rFonts w:ascii="Courier New" w:hAnsi="Courier New"/>
          <w:sz w:val="18"/>
          <w:lang w:val="it-IT"/>
        </w:rPr>
        <w:t>è</w:t>
      </w:r>
      <w:r w:rsidRPr="00C03780">
        <w:rPr>
          <w:rFonts w:ascii="Courier New" w:hAnsi="Courier New"/>
          <w:sz w:val="18"/>
          <w:lang w:val="it-IT"/>
        </w:rPr>
        <w:t xml:space="preserve"> costituito dal Direttore, che lo presiede, e</w:t>
      </w:r>
      <w:r w:rsidR="007C0E96">
        <w:rPr>
          <w:rFonts w:ascii="Courier New" w:hAnsi="Courier New"/>
          <w:sz w:val="18"/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 xml:space="preserve">da tutti i Docenti e </w:t>
      </w:r>
      <w:r w:rsidR="007C0E96" w:rsidRPr="00C03780">
        <w:rPr>
          <w:rFonts w:ascii="Courier New" w:hAnsi="Courier New"/>
          <w:sz w:val="18"/>
          <w:lang w:val="it-IT"/>
        </w:rPr>
        <w:t>gli</w:t>
      </w:r>
      <w:r w:rsidRPr="00C03780">
        <w:rPr>
          <w:rFonts w:ascii="Courier New" w:hAnsi="Courier New"/>
          <w:sz w:val="18"/>
          <w:lang w:val="it-IT"/>
        </w:rPr>
        <w:t xml:space="preserve"> Assistenti in servizio presso l'Istituzione</w:t>
      </w:r>
      <w:r w:rsidR="007C0E96">
        <w:rPr>
          <w:rFonts w:ascii="Courier New" w:hAnsi="Courier New"/>
          <w:sz w:val="18"/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>nell'anno accademico in corso e,</w:t>
      </w:r>
      <w:r w:rsidR="00F80807">
        <w:rPr>
          <w:rFonts w:ascii="Courier New" w:hAnsi="Courier New"/>
          <w:sz w:val="18"/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>senza diritto di voto, dalla Consulta</w:t>
      </w:r>
      <w:r w:rsidR="007C0E96">
        <w:rPr>
          <w:rFonts w:ascii="Courier New" w:hAnsi="Courier New"/>
          <w:sz w:val="18"/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>degli Studenti.</w:t>
      </w:r>
    </w:p>
    <w:p w14:paraId="1D89AE3B" w14:textId="69F6C51A" w:rsidR="00B2222D" w:rsidRPr="00C03780" w:rsidRDefault="00000000">
      <w:pPr>
        <w:spacing w:after="2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Esso supporta il Consiglio Accademico e svolge attività di programmazione</w:t>
      </w:r>
      <w:r w:rsidR="007C0E96">
        <w:rPr>
          <w:rFonts w:ascii="Courier New" w:hAnsi="Courier New"/>
          <w:sz w:val="18"/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>e coordinamento dell'attività didattica, approva l'attivazione o la soppressione di corsi e discipline, approva le iniziative culturali e le</w:t>
      </w:r>
      <w:r w:rsidR="007C0E96">
        <w:rPr>
          <w:rFonts w:ascii="Courier New" w:hAnsi="Courier New"/>
          <w:sz w:val="18"/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 xml:space="preserve">collaborazioni </w:t>
      </w:r>
      <w:r w:rsidR="007C0E96">
        <w:rPr>
          <w:rFonts w:ascii="Courier New" w:hAnsi="Courier New"/>
          <w:sz w:val="18"/>
          <w:lang w:val="it-IT"/>
        </w:rPr>
        <w:t>con l’esterno.</w:t>
      </w:r>
    </w:p>
    <w:p w14:paraId="4DBDD46D" w14:textId="5812DD22" w:rsidR="00B2222D" w:rsidRPr="00C03780" w:rsidRDefault="007C0E96">
      <w:pPr>
        <w:spacing w:after="20" w:line="240" w:lineRule="auto"/>
        <w:rPr>
          <w:lang w:val="it-IT"/>
        </w:rPr>
      </w:pPr>
      <w:r>
        <w:rPr>
          <w:rFonts w:ascii="Courier New" w:hAnsi="Courier New"/>
          <w:sz w:val="18"/>
          <w:lang w:val="it-IT"/>
        </w:rPr>
        <w:t>El</w:t>
      </w:r>
      <w:r w:rsidRPr="00C03780">
        <w:rPr>
          <w:rFonts w:ascii="Courier New" w:hAnsi="Courier New"/>
          <w:sz w:val="18"/>
          <w:lang w:val="it-IT"/>
        </w:rPr>
        <w:t>egge il Direttore sentite le indicazioni del</w:t>
      </w:r>
      <w:r w:rsidR="003B287C">
        <w:rPr>
          <w:rFonts w:ascii="Courier New" w:hAnsi="Courier New"/>
          <w:sz w:val="18"/>
          <w:lang w:val="it-IT"/>
        </w:rPr>
        <w:t xml:space="preserve"> </w:t>
      </w:r>
      <w:r w:rsidR="003B287C" w:rsidRPr="00C03780">
        <w:rPr>
          <w:rFonts w:ascii="Courier New" w:hAnsi="Courier New"/>
          <w:sz w:val="18"/>
          <w:lang w:val="it-IT"/>
        </w:rPr>
        <w:t>rappresentante</w:t>
      </w:r>
      <w:r w:rsidRPr="00C03780">
        <w:rPr>
          <w:rFonts w:ascii="Courier New" w:hAnsi="Courier New"/>
          <w:sz w:val="18"/>
          <w:lang w:val="it-IT"/>
        </w:rPr>
        <w:t xml:space="preserve"> legale e </w:t>
      </w:r>
      <w:r w:rsidR="003B287C" w:rsidRPr="00C03780">
        <w:rPr>
          <w:rFonts w:ascii="Courier New" w:hAnsi="Courier New"/>
          <w:sz w:val="18"/>
          <w:lang w:val="it-IT"/>
        </w:rPr>
        <w:t>gestore</w:t>
      </w:r>
      <w:r w:rsidR="003B287C">
        <w:rPr>
          <w:rFonts w:ascii="Courier New" w:hAnsi="Courier New"/>
          <w:sz w:val="18"/>
          <w:lang w:val="it-IT"/>
        </w:rPr>
        <w:t xml:space="preserve"> d</w:t>
      </w:r>
      <w:r w:rsidRPr="00C03780">
        <w:rPr>
          <w:rFonts w:ascii="Courier New" w:hAnsi="Courier New"/>
          <w:sz w:val="18"/>
          <w:lang w:val="it-IT"/>
        </w:rPr>
        <w:t>ell'Istituzione</w:t>
      </w:r>
      <w:r w:rsidR="003B287C">
        <w:rPr>
          <w:rFonts w:ascii="Courier New" w:hAnsi="Courier New"/>
          <w:sz w:val="18"/>
          <w:lang w:val="it-IT"/>
        </w:rPr>
        <w:t>.</w:t>
      </w:r>
    </w:p>
    <w:p w14:paraId="27C22485" w14:textId="11B43605" w:rsidR="00B2222D" w:rsidRPr="00C03780" w:rsidRDefault="00000000">
      <w:pPr>
        <w:spacing w:after="2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Nomina commissioni per lo svolgimento o l'approfondimento di attività</w:t>
      </w:r>
      <w:r w:rsidR="003B287C">
        <w:rPr>
          <w:rFonts w:ascii="Courier New" w:hAnsi="Courier New"/>
          <w:sz w:val="18"/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>didattiche e culturali.</w:t>
      </w:r>
    </w:p>
    <w:p w14:paraId="3BDE9A01" w14:textId="2A1B9F69" w:rsidR="00B2222D" w:rsidRDefault="00000000">
      <w:pPr>
        <w:spacing w:after="20" w:line="240" w:lineRule="auto"/>
        <w:rPr>
          <w:rFonts w:ascii="Courier New" w:hAnsi="Courier New"/>
          <w:sz w:val="18"/>
          <w:lang w:val="it-IT"/>
        </w:rPr>
      </w:pPr>
      <w:r w:rsidRPr="00C03780">
        <w:rPr>
          <w:rFonts w:ascii="Courier New" w:hAnsi="Courier New"/>
          <w:sz w:val="18"/>
          <w:lang w:val="it-IT"/>
        </w:rPr>
        <w:t>I1 Collegio dei Docenti risulta legalmente costituito in presenza di almeno due terzi degli aventi diritto.</w:t>
      </w:r>
    </w:p>
    <w:p w14:paraId="4721B497" w14:textId="77777777" w:rsidR="003B287C" w:rsidRPr="00C03780" w:rsidRDefault="003B287C">
      <w:pPr>
        <w:spacing w:after="20" w:line="240" w:lineRule="auto"/>
        <w:rPr>
          <w:lang w:val="it-IT"/>
        </w:rPr>
      </w:pPr>
    </w:p>
    <w:p w14:paraId="65C6F86B" w14:textId="57CDDEB5" w:rsidR="00B2222D" w:rsidRPr="00C03780" w:rsidRDefault="00000000">
      <w:pPr>
        <w:spacing w:after="2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ART 17 - LA CONSULTA DEGLI STUDENT</w:t>
      </w:r>
      <w:r w:rsidR="003B287C">
        <w:rPr>
          <w:rFonts w:ascii="Courier New" w:hAnsi="Courier New"/>
          <w:sz w:val="18"/>
          <w:lang w:val="it-IT"/>
        </w:rPr>
        <w:t>I</w:t>
      </w:r>
    </w:p>
    <w:p w14:paraId="62E29772" w14:textId="46E47C0F" w:rsidR="00B2222D" w:rsidRPr="00C03780" w:rsidRDefault="00000000">
      <w:pPr>
        <w:spacing w:after="2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 xml:space="preserve">Questo organo </w:t>
      </w:r>
      <w:r w:rsidR="003B287C" w:rsidRPr="00C03780">
        <w:rPr>
          <w:rFonts w:ascii="Courier New" w:hAnsi="Courier New"/>
          <w:sz w:val="18"/>
          <w:lang w:val="it-IT"/>
        </w:rPr>
        <w:t>è</w:t>
      </w:r>
      <w:r w:rsidRPr="00C03780">
        <w:rPr>
          <w:rFonts w:ascii="Courier New" w:hAnsi="Courier New"/>
          <w:sz w:val="18"/>
          <w:lang w:val="it-IT"/>
        </w:rPr>
        <w:t xml:space="preserve"> compost</w:t>
      </w:r>
      <w:r w:rsidR="003B287C">
        <w:rPr>
          <w:rFonts w:ascii="Courier New" w:hAnsi="Courier New"/>
          <w:sz w:val="18"/>
          <w:lang w:val="it-IT"/>
        </w:rPr>
        <w:t>o</w:t>
      </w:r>
      <w:r w:rsidRPr="00C03780">
        <w:rPr>
          <w:rFonts w:ascii="Courier New" w:hAnsi="Courier New"/>
          <w:sz w:val="18"/>
          <w:lang w:val="it-IT"/>
        </w:rPr>
        <w:t xml:space="preserve"> da tre </w:t>
      </w:r>
      <w:r w:rsidR="003B287C" w:rsidRPr="00C03780">
        <w:rPr>
          <w:rFonts w:ascii="Courier New" w:hAnsi="Courier New"/>
          <w:sz w:val="18"/>
          <w:lang w:val="it-IT"/>
        </w:rPr>
        <w:t>studenti,</w:t>
      </w:r>
      <w:r w:rsidRPr="00C03780">
        <w:rPr>
          <w:rFonts w:ascii="Courier New" w:hAnsi="Courier New"/>
          <w:sz w:val="18"/>
          <w:lang w:val="it-IT"/>
        </w:rPr>
        <w:t xml:space="preserve"> tra i quali i due eletti nel Consiglio Accademico.                                                      </w:t>
      </w:r>
    </w:p>
    <w:p w14:paraId="4B0362EB" w14:textId="2580C821" w:rsidR="003B287C" w:rsidRDefault="00000000">
      <w:pPr>
        <w:spacing w:after="20" w:line="240" w:lineRule="auto"/>
        <w:rPr>
          <w:rFonts w:ascii="Courier New" w:hAnsi="Courier New"/>
          <w:sz w:val="18"/>
          <w:lang w:val="it-IT"/>
        </w:rPr>
      </w:pPr>
      <w:r w:rsidRPr="00C03780">
        <w:rPr>
          <w:rFonts w:ascii="Courier New" w:hAnsi="Courier New"/>
          <w:sz w:val="18"/>
          <w:lang w:val="it-IT"/>
        </w:rPr>
        <w:t xml:space="preserve">La Consulta </w:t>
      </w:r>
      <w:r w:rsidR="003B287C" w:rsidRPr="00C03780">
        <w:rPr>
          <w:rFonts w:ascii="Courier New" w:hAnsi="Courier New"/>
          <w:sz w:val="18"/>
          <w:lang w:val="it-IT"/>
        </w:rPr>
        <w:t>può</w:t>
      </w:r>
      <w:r w:rsidRPr="00C03780">
        <w:rPr>
          <w:rFonts w:ascii="Courier New" w:hAnsi="Courier New"/>
          <w:sz w:val="18"/>
          <w:lang w:val="it-IT"/>
        </w:rPr>
        <w:t xml:space="preserve"> inoltrare proposte e richieste sia al Consiglio Accademico </w:t>
      </w:r>
      <w:r w:rsidR="00F80807" w:rsidRPr="00C03780">
        <w:rPr>
          <w:rFonts w:ascii="Courier New" w:hAnsi="Courier New"/>
          <w:sz w:val="18"/>
          <w:lang w:val="it-IT"/>
        </w:rPr>
        <w:t>sia</w:t>
      </w:r>
      <w:r w:rsidR="00F80807">
        <w:rPr>
          <w:rFonts w:ascii="Courier New" w:hAnsi="Courier New"/>
          <w:sz w:val="18"/>
          <w:lang w:val="it-IT"/>
        </w:rPr>
        <w:t xml:space="preserve"> </w:t>
      </w:r>
      <w:r w:rsidR="00F80807" w:rsidRPr="00C03780">
        <w:rPr>
          <w:rFonts w:ascii="Courier New" w:hAnsi="Courier New"/>
          <w:sz w:val="18"/>
          <w:lang w:val="it-IT"/>
        </w:rPr>
        <w:t>quello</w:t>
      </w:r>
      <w:r w:rsidRPr="00C03780">
        <w:rPr>
          <w:rFonts w:ascii="Courier New" w:hAnsi="Courier New"/>
          <w:sz w:val="18"/>
          <w:lang w:val="it-IT"/>
        </w:rPr>
        <w:t xml:space="preserve"> di Amministrazione riguardanti l'organizzazione dei</w:t>
      </w:r>
      <w:r w:rsidR="003B287C">
        <w:rPr>
          <w:rFonts w:ascii="Courier New" w:hAnsi="Courier New"/>
          <w:sz w:val="18"/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 xml:space="preserve">servizi </w:t>
      </w:r>
      <w:r w:rsidR="003B287C">
        <w:rPr>
          <w:rFonts w:ascii="Courier New" w:hAnsi="Courier New"/>
          <w:sz w:val="18"/>
          <w:lang w:val="it-IT"/>
        </w:rPr>
        <w:t xml:space="preserve">e </w:t>
      </w:r>
      <w:r w:rsidRPr="00C03780">
        <w:rPr>
          <w:rFonts w:ascii="Courier New" w:hAnsi="Courier New"/>
          <w:sz w:val="18"/>
          <w:lang w:val="it-IT"/>
        </w:rPr>
        <w:t>della didattica per gli studenti. Tali organi devono prendere</w:t>
      </w:r>
      <w:r w:rsidR="003B287C">
        <w:rPr>
          <w:rFonts w:ascii="Courier New" w:hAnsi="Courier New"/>
          <w:sz w:val="18"/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>atto e valutare quanto pervenuto dalla Consulta degli Studenti prima di</w:t>
      </w:r>
      <w:r w:rsidR="003B287C">
        <w:rPr>
          <w:rFonts w:ascii="Courier New" w:hAnsi="Courier New"/>
          <w:sz w:val="18"/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>procedere alle delibere</w:t>
      </w:r>
      <w:r w:rsidR="003B287C">
        <w:rPr>
          <w:rFonts w:ascii="Courier New" w:hAnsi="Courier New"/>
          <w:sz w:val="18"/>
          <w:lang w:val="it-IT"/>
        </w:rPr>
        <w:t>.</w:t>
      </w:r>
    </w:p>
    <w:p w14:paraId="0ACCEF43" w14:textId="150F55CE" w:rsidR="00B2222D" w:rsidRPr="00C03780" w:rsidRDefault="00000000">
      <w:pPr>
        <w:spacing w:after="2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Il Direttore provvede, in sede di prima applicazione, alla costituzione</w:t>
      </w:r>
      <w:r w:rsidR="003B287C">
        <w:rPr>
          <w:rFonts w:ascii="Courier New" w:hAnsi="Courier New"/>
          <w:sz w:val="18"/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>della rappresentanza degli studenti.</w:t>
      </w:r>
      <w:r w:rsidR="003B287C">
        <w:rPr>
          <w:rFonts w:ascii="Courier New" w:hAnsi="Courier New"/>
          <w:sz w:val="18"/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>La consulta degli studenti dura in carica tre anni, con possibilità di</w:t>
      </w:r>
      <w:r w:rsidR="003B287C">
        <w:rPr>
          <w:rFonts w:ascii="Courier New" w:hAnsi="Courier New"/>
          <w:sz w:val="18"/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>riconferma.                                                                I</w:t>
      </w:r>
    </w:p>
    <w:p w14:paraId="379A3347" w14:textId="77777777" w:rsidR="003B287C" w:rsidRDefault="003B287C">
      <w:pPr>
        <w:spacing w:after="20" w:line="240" w:lineRule="auto"/>
        <w:rPr>
          <w:rFonts w:ascii="Courier New" w:hAnsi="Courier New"/>
          <w:sz w:val="18"/>
          <w:lang w:val="it-IT"/>
        </w:rPr>
      </w:pPr>
    </w:p>
    <w:p w14:paraId="727F77F6" w14:textId="085B74BD" w:rsidR="00B2222D" w:rsidRPr="00C03780" w:rsidRDefault="00000000">
      <w:pPr>
        <w:spacing w:after="2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ART. 18 - IL DIRETTORE AMMINISTRATIVO</w:t>
      </w:r>
    </w:p>
    <w:p w14:paraId="2BEC5700" w14:textId="0B46AD88" w:rsidR="00B2222D" w:rsidRPr="00C03780" w:rsidRDefault="00000000">
      <w:pPr>
        <w:spacing w:after="2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 xml:space="preserve">L'incarico di Direttore Amministrativo </w:t>
      </w:r>
      <w:r w:rsidR="003B287C" w:rsidRPr="00C03780">
        <w:rPr>
          <w:rFonts w:ascii="Courier New" w:hAnsi="Courier New"/>
          <w:sz w:val="18"/>
          <w:lang w:val="it-IT"/>
        </w:rPr>
        <w:t>è</w:t>
      </w:r>
      <w:r w:rsidRPr="00C03780">
        <w:rPr>
          <w:rFonts w:ascii="Courier New" w:hAnsi="Courier New"/>
          <w:sz w:val="18"/>
          <w:lang w:val="it-IT"/>
        </w:rPr>
        <w:t xml:space="preserve"> conferito a un esperto interno</w:t>
      </w:r>
      <w:r w:rsidR="003B287C">
        <w:rPr>
          <w:rFonts w:ascii="Courier New" w:hAnsi="Courier New"/>
          <w:sz w:val="18"/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>o</w:t>
      </w:r>
      <w:r w:rsidR="003B287C">
        <w:rPr>
          <w:rFonts w:ascii="Courier New" w:hAnsi="Courier New"/>
          <w:sz w:val="18"/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>esterno</w:t>
      </w:r>
      <w:r w:rsidR="003B287C">
        <w:rPr>
          <w:rFonts w:ascii="Courier New" w:hAnsi="Courier New"/>
          <w:sz w:val="18"/>
          <w:lang w:val="it-IT"/>
        </w:rPr>
        <w:t xml:space="preserve"> a</w:t>
      </w:r>
      <w:r w:rsidRPr="00C03780">
        <w:rPr>
          <w:rFonts w:ascii="Courier New" w:hAnsi="Courier New"/>
          <w:sz w:val="18"/>
          <w:lang w:val="it-IT"/>
        </w:rPr>
        <w:t>ll'Istituzione.                                                  i</w:t>
      </w:r>
    </w:p>
    <w:p w14:paraId="362813B0" w14:textId="1BCBBCBE" w:rsidR="00B2222D" w:rsidRPr="00C03780" w:rsidRDefault="00000000" w:rsidP="003B287C">
      <w:pPr>
        <w:spacing w:after="2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Il Direttore Amministrativo sottopone proposte riguardanti l'organizzazione dei servizi e del personale agli organi di gestione dell'Accademia,</w:t>
      </w:r>
      <w:r w:rsidR="003B287C">
        <w:rPr>
          <w:rFonts w:ascii="Courier New" w:hAnsi="Courier New"/>
          <w:sz w:val="18"/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 xml:space="preserve">coordina e controlla tutte le attività tecnico-amministrative dell'Istituzione.                                                                      </w:t>
      </w:r>
    </w:p>
    <w:p w14:paraId="456B20D0" w14:textId="77777777" w:rsidR="003B287C" w:rsidRDefault="003B287C">
      <w:pPr>
        <w:spacing w:after="20" w:line="240" w:lineRule="auto"/>
        <w:rPr>
          <w:rFonts w:ascii="Courier New" w:hAnsi="Courier New"/>
          <w:sz w:val="18"/>
          <w:lang w:val="it-IT"/>
        </w:rPr>
      </w:pPr>
    </w:p>
    <w:p w14:paraId="02DBED24" w14:textId="2619C36E" w:rsidR="00B2222D" w:rsidRPr="00C03780" w:rsidRDefault="00000000">
      <w:pPr>
        <w:spacing w:after="2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ART. 13 - IL CONSIGLIO DI AMMINISTRAZIONE</w:t>
      </w:r>
    </w:p>
    <w:p w14:paraId="4A252950" w14:textId="78FEE452" w:rsidR="00B2222D" w:rsidRPr="00C03780" w:rsidRDefault="00000000">
      <w:pPr>
        <w:spacing w:after="2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 xml:space="preserve">11 Consiglio di Amministrazione </w:t>
      </w:r>
      <w:r w:rsidR="003B287C">
        <w:rPr>
          <w:rFonts w:ascii="Courier New" w:hAnsi="Courier New"/>
          <w:sz w:val="18"/>
          <w:lang w:val="it-IT"/>
        </w:rPr>
        <w:t>è</w:t>
      </w:r>
      <w:r w:rsidRPr="00C03780">
        <w:rPr>
          <w:rFonts w:ascii="Courier New" w:hAnsi="Courier New"/>
          <w:sz w:val="18"/>
          <w:lang w:val="it-IT"/>
        </w:rPr>
        <w:t xml:space="preserve"> composto da N° 5 componenti</w:t>
      </w:r>
    </w:p>
    <w:p w14:paraId="0EAEB47D" w14:textId="77777777" w:rsidR="00B2222D" w:rsidRPr="00C03780" w:rsidRDefault="00000000">
      <w:pPr>
        <w:spacing w:after="2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a) il Presidente</w:t>
      </w:r>
    </w:p>
    <w:p w14:paraId="5F4EE265" w14:textId="77777777" w:rsidR="00B2222D" w:rsidRPr="00C03780" w:rsidRDefault="00000000">
      <w:pPr>
        <w:spacing w:after="2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b) I1 Direttore</w:t>
      </w:r>
    </w:p>
    <w:p w14:paraId="7050255D" w14:textId="658A2329" w:rsidR="00B2222D" w:rsidRPr="00C03780" w:rsidRDefault="00000000">
      <w:pPr>
        <w:spacing w:after="2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c) un docente dell'Istituzione designato dal Consiglio Accademico</w:t>
      </w:r>
    </w:p>
    <w:p w14:paraId="4DB65779" w14:textId="16E729C3" w:rsidR="00B2222D" w:rsidRPr="00C03780" w:rsidRDefault="003B287C">
      <w:pPr>
        <w:spacing w:after="20" w:line="240" w:lineRule="auto"/>
        <w:rPr>
          <w:lang w:val="it-IT"/>
        </w:rPr>
      </w:pPr>
      <w:r>
        <w:rPr>
          <w:rFonts w:ascii="Courier New" w:hAnsi="Courier New"/>
          <w:sz w:val="18"/>
          <w:lang w:val="it-IT"/>
        </w:rPr>
        <w:t>d</w:t>
      </w:r>
      <w:r w:rsidRPr="00C03780">
        <w:rPr>
          <w:rFonts w:ascii="Courier New" w:hAnsi="Courier New"/>
          <w:sz w:val="18"/>
          <w:lang w:val="it-IT"/>
        </w:rPr>
        <w:t>) uno studente designato dalla Consulta degli Studenti</w:t>
      </w:r>
    </w:p>
    <w:p w14:paraId="67468C01" w14:textId="77777777" w:rsidR="00B2222D" w:rsidRDefault="00000000">
      <w:pPr>
        <w:spacing w:after="20" w:line="240" w:lineRule="auto"/>
        <w:rPr>
          <w:rFonts w:ascii="Courier New" w:hAnsi="Courier New"/>
          <w:sz w:val="18"/>
          <w:lang w:val="it-IT"/>
        </w:rPr>
      </w:pPr>
      <w:r w:rsidRPr="00C03780">
        <w:rPr>
          <w:rFonts w:ascii="Courier New" w:hAnsi="Courier New"/>
          <w:sz w:val="18"/>
          <w:lang w:val="it-IT"/>
        </w:rPr>
        <w:t>e) un esperto esterno di amministrazione</w:t>
      </w:r>
    </w:p>
    <w:p w14:paraId="6195CBCC" w14:textId="612DC727" w:rsidR="00B2222D" w:rsidRPr="00C03780" w:rsidRDefault="00000000">
      <w:pPr>
        <w:spacing w:after="2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Il Consiglio di Amministrazione stabilisce, in accordo con</w:t>
      </w:r>
      <w:r w:rsidR="003B287C">
        <w:rPr>
          <w:rFonts w:ascii="Courier New" w:hAnsi="Courier New"/>
          <w:sz w:val="18"/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>il gestore</w:t>
      </w:r>
      <w:r w:rsidR="003B287C">
        <w:rPr>
          <w:rFonts w:ascii="Courier New" w:hAnsi="Courier New"/>
          <w:sz w:val="18"/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 xml:space="preserve">finanziario, gli obiettivi e i programmi relativi al funzionamento generale dell'Istituzione e la relativa copertura economica, definisce </w:t>
      </w:r>
      <w:r w:rsidR="003B287C" w:rsidRPr="00C03780">
        <w:rPr>
          <w:rFonts w:ascii="Courier New" w:hAnsi="Courier New"/>
          <w:sz w:val="18"/>
          <w:lang w:val="it-IT"/>
        </w:rPr>
        <w:t>l’organico</w:t>
      </w:r>
      <w:r w:rsidRPr="00C03780">
        <w:rPr>
          <w:rFonts w:ascii="Courier New" w:hAnsi="Courier New"/>
          <w:sz w:val="18"/>
          <w:lang w:val="it-IT"/>
        </w:rPr>
        <w:t xml:space="preserve"> del personale docente e non docente e vigila sulla conservazione</w:t>
      </w:r>
      <w:r w:rsidR="003B287C">
        <w:rPr>
          <w:rFonts w:ascii="Courier New" w:hAnsi="Courier New"/>
          <w:sz w:val="18"/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>e valorizzazione del patrimonio immobiliare e mobiliare dell'Accademia.</w:t>
      </w:r>
    </w:p>
    <w:p w14:paraId="178AEFFC" w14:textId="43D0D573" w:rsidR="00B2222D" w:rsidRPr="00C03780" w:rsidRDefault="00000000">
      <w:pPr>
        <w:spacing w:after="2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Nelle deliberazioni del Consiglio di Amministrazione, nel caso di pareggio</w:t>
      </w:r>
      <w:r w:rsidR="003B287C">
        <w:rPr>
          <w:rFonts w:ascii="Courier New" w:hAnsi="Courier New"/>
          <w:sz w:val="18"/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>dei voti, prevale quello del Presidente.</w:t>
      </w:r>
    </w:p>
    <w:p w14:paraId="482558DC" w14:textId="77777777" w:rsidR="00B2222D" w:rsidRPr="00C03780" w:rsidRDefault="00000000">
      <w:pPr>
        <w:spacing w:after="2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 xml:space="preserve">Le componenti </w:t>
      </w:r>
      <w:proofErr w:type="gramStart"/>
      <w:r w:rsidRPr="00C03780">
        <w:rPr>
          <w:rFonts w:ascii="Courier New" w:hAnsi="Courier New"/>
          <w:sz w:val="18"/>
          <w:lang w:val="it-IT"/>
        </w:rPr>
        <w:t>c)-d)-</w:t>
      </w:r>
      <w:proofErr w:type="gramEnd"/>
      <w:r w:rsidRPr="00C03780">
        <w:rPr>
          <w:rFonts w:ascii="Courier New" w:hAnsi="Courier New"/>
          <w:sz w:val="18"/>
          <w:lang w:val="it-IT"/>
        </w:rPr>
        <w:t>e) del Consiglio di Amministrazione durano in carica</w:t>
      </w:r>
    </w:p>
    <w:p w14:paraId="5BCEC03E" w14:textId="77777777" w:rsidR="00B2222D" w:rsidRDefault="00000000">
      <w:pPr>
        <w:spacing w:after="20" w:line="240" w:lineRule="auto"/>
        <w:rPr>
          <w:rFonts w:ascii="Courier New" w:hAnsi="Courier New"/>
          <w:sz w:val="18"/>
          <w:lang w:val="it-IT"/>
        </w:rPr>
      </w:pPr>
      <w:r w:rsidRPr="00C03780">
        <w:rPr>
          <w:rFonts w:ascii="Courier New" w:hAnsi="Courier New"/>
          <w:sz w:val="18"/>
          <w:lang w:val="it-IT"/>
        </w:rPr>
        <w:t>tre anni con possibilità di riconferma.</w:t>
      </w:r>
    </w:p>
    <w:p w14:paraId="49E669F0" w14:textId="77777777" w:rsidR="003B287C" w:rsidRPr="00C03780" w:rsidRDefault="003B287C">
      <w:pPr>
        <w:spacing w:after="20" w:line="240" w:lineRule="auto"/>
        <w:rPr>
          <w:lang w:val="it-IT"/>
        </w:rPr>
      </w:pPr>
    </w:p>
    <w:p w14:paraId="25B1FFF0" w14:textId="77777777" w:rsidR="00B2222D" w:rsidRPr="00C03780" w:rsidRDefault="00000000">
      <w:pPr>
        <w:spacing w:after="2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ART. 14 - IL CONSIGLIO ACCADEMICO</w:t>
      </w:r>
    </w:p>
    <w:p w14:paraId="38B465DE" w14:textId="4AF58286" w:rsidR="00B2222D" w:rsidRPr="00C03780" w:rsidRDefault="00000000">
      <w:pPr>
        <w:spacing w:after="2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I1 Consiglio Accademico</w:t>
      </w:r>
      <w:r w:rsidR="003B287C">
        <w:rPr>
          <w:rFonts w:ascii="Courier New" w:hAnsi="Courier New"/>
          <w:sz w:val="18"/>
          <w:lang w:val="it-IT"/>
        </w:rPr>
        <w:t xml:space="preserve"> è </w:t>
      </w:r>
      <w:r w:rsidRPr="00C03780">
        <w:rPr>
          <w:rFonts w:ascii="Courier New" w:hAnsi="Courier New"/>
          <w:sz w:val="18"/>
          <w:lang w:val="it-IT"/>
        </w:rPr>
        <w:t>composto da N° 6 componenti</w:t>
      </w:r>
    </w:p>
    <w:p w14:paraId="7BB4BAA7" w14:textId="77777777" w:rsidR="00B2222D" w:rsidRPr="00C03780" w:rsidRDefault="00000000">
      <w:pPr>
        <w:spacing w:after="2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a) il Direttore</w:t>
      </w:r>
    </w:p>
    <w:p w14:paraId="5F69A408" w14:textId="77777777" w:rsidR="00B2222D" w:rsidRPr="00C03780" w:rsidRDefault="00000000">
      <w:pPr>
        <w:spacing w:after="2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b) n° 3 Docenti dell'Istituzione</w:t>
      </w:r>
    </w:p>
    <w:p w14:paraId="72C6C169" w14:textId="77777777" w:rsidR="00B2222D" w:rsidRPr="00C03780" w:rsidRDefault="00000000">
      <w:pPr>
        <w:spacing w:after="2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c) n° 2 Studenti designati dalla Consulta degli Studenti</w:t>
      </w:r>
    </w:p>
    <w:p w14:paraId="510EEF7A" w14:textId="72E199A6" w:rsidR="00B2222D" w:rsidRPr="00C03780" w:rsidRDefault="00000000">
      <w:pPr>
        <w:spacing w:after="2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Il Consiglio Accademico determina e programma le attività didattiche,</w:t>
      </w:r>
      <w:r w:rsidR="003B287C">
        <w:rPr>
          <w:rFonts w:ascii="Courier New" w:hAnsi="Courier New"/>
          <w:sz w:val="18"/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>scientifiche,</w:t>
      </w:r>
      <w:r w:rsidR="003B287C">
        <w:rPr>
          <w:rFonts w:ascii="Courier New" w:hAnsi="Courier New"/>
          <w:sz w:val="18"/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>artistiche e di ricerca, tenendo conto delle disponibilità</w:t>
      </w:r>
      <w:r w:rsidR="003B287C">
        <w:rPr>
          <w:rFonts w:ascii="Courier New" w:hAnsi="Courier New"/>
          <w:sz w:val="18"/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>finanziarie, di spazi e di attrezzature.</w:t>
      </w:r>
    </w:p>
    <w:p w14:paraId="4506044B" w14:textId="50C9CB08" w:rsidR="00B2222D" w:rsidRPr="00C03780" w:rsidRDefault="00000000">
      <w:pPr>
        <w:spacing w:after="2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Propone iniziative inerenti</w:t>
      </w:r>
      <w:r w:rsidR="003B287C">
        <w:rPr>
          <w:rFonts w:ascii="Courier New" w:hAnsi="Courier New"/>
          <w:sz w:val="18"/>
          <w:lang w:val="it-IT"/>
        </w:rPr>
        <w:t xml:space="preserve"> </w:t>
      </w:r>
      <w:proofErr w:type="gramStart"/>
      <w:r w:rsidR="003B287C" w:rsidRPr="00C03780">
        <w:rPr>
          <w:rFonts w:ascii="Courier New" w:hAnsi="Courier New"/>
          <w:sz w:val="18"/>
          <w:lang w:val="it-IT"/>
        </w:rPr>
        <w:t>gli</w:t>
      </w:r>
      <w:proofErr w:type="gramEnd"/>
      <w:r w:rsidRPr="00C03780">
        <w:rPr>
          <w:rFonts w:ascii="Courier New" w:hAnsi="Courier New"/>
          <w:sz w:val="18"/>
          <w:lang w:val="it-IT"/>
        </w:rPr>
        <w:t xml:space="preserve"> aspetti culturali e di formazione.</w:t>
      </w:r>
    </w:p>
    <w:p w14:paraId="27A7DCFB" w14:textId="61DFC121" w:rsidR="00B2222D" w:rsidRPr="00C03780" w:rsidRDefault="00000000">
      <w:pPr>
        <w:spacing w:after="2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Cura i rapporti con l'esterno, i progetti Erasmus, gli scambi con Istituzioni italiane e straniere.</w:t>
      </w:r>
    </w:p>
    <w:p w14:paraId="6DD5565B" w14:textId="77777777" w:rsidR="00B2222D" w:rsidRPr="00C03780" w:rsidRDefault="00000000">
      <w:pPr>
        <w:spacing w:after="2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Individua gli studenti idonei a svolgere i1 ruolo di tutor.</w:t>
      </w:r>
    </w:p>
    <w:p w14:paraId="4F78D323" w14:textId="1EE81391" w:rsidR="00B2222D" w:rsidRPr="00C03780" w:rsidRDefault="00000000">
      <w:pPr>
        <w:spacing w:after="2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Le componenti b) e c) del Consiglio Accademico durano in carica tre anni</w:t>
      </w:r>
      <w:r w:rsidR="003B287C">
        <w:rPr>
          <w:rFonts w:ascii="Courier New" w:hAnsi="Courier New"/>
          <w:sz w:val="18"/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>con possibilità di riconferma.</w:t>
      </w:r>
    </w:p>
    <w:p w14:paraId="6948C851" w14:textId="77777777" w:rsidR="00B2222D" w:rsidRPr="00C03780" w:rsidRDefault="00B2222D">
      <w:pPr>
        <w:spacing w:after="0"/>
        <w:rPr>
          <w:lang w:val="it-IT"/>
        </w:rPr>
      </w:pPr>
    </w:p>
    <w:p w14:paraId="4C7F2E93" w14:textId="77777777" w:rsidR="00B2222D" w:rsidRPr="00C03780" w:rsidRDefault="00000000">
      <w:pPr>
        <w:spacing w:after="2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ART. 15 - IL NUCLEO DI VALUTAZIONE</w:t>
      </w:r>
    </w:p>
    <w:p w14:paraId="432EBE0F" w14:textId="69C3862D" w:rsidR="00B2222D" w:rsidRPr="00C03780" w:rsidRDefault="00000000">
      <w:pPr>
        <w:spacing w:after="2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 xml:space="preserve">Il nucleo di valutazione, costituito con delibera del Consiglio di Amministrazione, sentito il Consiglio Accademico, </w:t>
      </w:r>
      <w:r w:rsidR="003B287C">
        <w:rPr>
          <w:rFonts w:ascii="Courier New" w:hAnsi="Courier New"/>
          <w:sz w:val="18"/>
          <w:lang w:val="it-IT"/>
        </w:rPr>
        <w:t>è</w:t>
      </w:r>
      <w:r w:rsidRPr="00C03780">
        <w:rPr>
          <w:rFonts w:ascii="Courier New" w:hAnsi="Courier New"/>
          <w:sz w:val="18"/>
          <w:lang w:val="it-IT"/>
        </w:rPr>
        <w:t xml:space="preserve"> composto da tre membri</w:t>
      </w:r>
      <w:r w:rsidR="003B287C">
        <w:rPr>
          <w:rFonts w:ascii="Courier New" w:hAnsi="Courier New"/>
          <w:sz w:val="18"/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>esterni all'Istituzione. Due esperti aventi diverse qualificate esperienze e competenze nella valutazione e uno nominato dal Comune di Cuneo, quale</w:t>
      </w:r>
      <w:r w:rsidR="003B287C">
        <w:rPr>
          <w:rFonts w:ascii="Courier New" w:hAnsi="Courier New"/>
          <w:sz w:val="18"/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>suo rappresentante.</w:t>
      </w:r>
    </w:p>
    <w:p w14:paraId="305BBDB0" w14:textId="2505D90C" w:rsidR="00B2222D" w:rsidRPr="00C03780" w:rsidRDefault="00000000">
      <w:pPr>
        <w:spacing w:after="2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Questo organo valuta i risultati didattici, culturali, formativi e di</w:t>
      </w:r>
      <w:r w:rsidR="003B287C">
        <w:rPr>
          <w:rFonts w:ascii="Courier New" w:hAnsi="Courier New"/>
          <w:sz w:val="18"/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>ricerca, nonché il funzionamento complessivo dell'Istituzione, verificando</w:t>
      </w:r>
      <w:r w:rsidR="003B287C">
        <w:rPr>
          <w:rFonts w:ascii="Courier New" w:hAnsi="Courier New"/>
          <w:sz w:val="18"/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>che le risorse disponibili siano utilizzate in modo ottimale.</w:t>
      </w:r>
    </w:p>
    <w:p w14:paraId="17E4F731" w14:textId="2A39C454" w:rsidR="003B287C" w:rsidRDefault="003B287C">
      <w:pPr>
        <w:spacing w:after="20" w:line="240" w:lineRule="auto"/>
        <w:rPr>
          <w:rFonts w:ascii="Courier New" w:hAnsi="Courier New"/>
          <w:sz w:val="18"/>
          <w:lang w:val="it-IT"/>
        </w:rPr>
      </w:pPr>
    </w:p>
    <w:p w14:paraId="4B34DB2A" w14:textId="77777777" w:rsidR="00F80807" w:rsidRDefault="00F80807">
      <w:pPr>
        <w:spacing w:after="20" w:line="240" w:lineRule="auto"/>
        <w:rPr>
          <w:rFonts w:ascii="Courier New" w:hAnsi="Courier New"/>
          <w:sz w:val="18"/>
          <w:lang w:val="it-IT"/>
        </w:rPr>
      </w:pPr>
    </w:p>
    <w:p w14:paraId="6A6EEDAB" w14:textId="638F9F73" w:rsidR="00B2222D" w:rsidRPr="00C03780" w:rsidRDefault="00000000">
      <w:pPr>
        <w:spacing w:after="2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STRUTTURE E ATTIVITA' DIDATTICHE E SCIENTIFICHE</w:t>
      </w:r>
    </w:p>
    <w:p w14:paraId="3CA09D74" w14:textId="77777777" w:rsidR="00B2222D" w:rsidRPr="00C03780" w:rsidRDefault="00B2222D">
      <w:pPr>
        <w:spacing w:after="0"/>
        <w:rPr>
          <w:lang w:val="it-IT"/>
        </w:rPr>
      </w:pPr>
    </w:p>
    <w:p w14:paraId="78C53265" w14:textId="77777777" w:rsidR="00B2222D" w:rsidRPr="00C03780" w:rsidRDefault="00000000">
      <w:pPr>
        <w:spacing w:after="2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ART. 22 - AREA DI INDIRIZZO</w:t>
      </w:r>
    </w:p>
    <w:p w14:paraId="402B42EE" w14:textId="77777777" w:rsidR="00B2222D" w:rsidRPr="00C03780" w:rsidRDefault="00B2222D">
      <w:pPr>
        <w:spacing w:after="0"/>
        <w:rPr>
          <w:lang w:val="it-IT"/>
        </w:rPr>
      </w:pPr>
    </w:p>
    <w:p w14:paraId="0BC6F4FD" w14:textId="0E0C9AFC" w:rsidR="00B2222D" w:rsidRPr="00C03780" w:rsidRDefault="00000000">
      <w:pPr>
        <w:spacing w:after="2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L'Area di indirizzo ha lo scopo di orientare e coordinare l'insieme dei</w:t>
      </w:r>
      <w:r w:rsidR="003B287C">
        <w:rPr>
          <w:rFonts w:ascii="Courier New" w:hAnsi="Courier New"/>
          <w:sz w:val="18"/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>corsi di studio e di verificarne l'efficacia; elabora e propone piani di</w:t>
      </w:r>
      <w:r w:rsidR="003B287C">
        <w:rPr>
          <w:rFonts w:ascii="Courier New" w:hAnsi="Courier New"/>
          <w:sz w:val="18"/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>studio e programmi didattici; avanza richieste e proposte circa le esigenze di spazi, attrezzature e personale addetto.</w:t>
      </w:r>
    </w:p>
    <w:p w14:paraId="6AB13D30" w14:textId="77777777" w:rsidR="00B2222D" w:rsidRPr="00C03780" w:rsidRDefault="00B2222D">
      <w:pPr>
        <w:spacing w:after="0"/>
        <w:rPr>
          <w:lang w:val="it-IT"/>
        </w:rPr>
      </w:pPr>
    </w:p>
    <w:p w14:paraId="2C854BE1" w14:textId="77777777" w:rsidR="00B2222D" w:rsidRPr="00C03780" w:rsidRDefault="00000000">
      <w:pPr>
        <w:spacing w:after="2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Costituiscono l'Area di Indirizzo:</w:t>
      </w:r>
    </w:p>
    <w:p w14:paraId="10BCD0BB" w14:textId="77777777" w:rsidR="00B2222D" w:rsidRPr="00C03780" w:rsidRDefault="00B2222D">
      <w:pPr>
        <w:spacing w:after="0"/>
        <w:rPr>
          <w:lang w:val="it-IT"/>
        </w:rPr>
      </w:pPr>
    </w:p>
    <w:p w14:paraId="36A04F2E" w14:textId="77777777" w:rsidR="00B2222D" w:rsidRPr="00C03780" w:rsidRDefault="00000000">
      <w:pPr>
        <w:spacing w:after="2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- Il Preside di Area di Indirizzo</w:t>
      </w:r>
    </w:p>
    <w:p w14:paraId="3F0A68DC" w14:textId="77777777" w:rsidR="00B2222D" w:rsidRPr="00C03780" w:rsidRDefault="00B2222D">
      <w:pPr>
        <w:spacing w:after="0"/>
        <w:rPr>
          <w:lang w:val="it-IT"/>
        </w:rPr>
      </w:pPr>
    </w:p>
    <w:p w14:paraId="0D658EE6" w14:textId="77777777" w:rsidR="00B2222D" w:rsidRPr="00C03780" w:rsidRDefault="00000000">
      <w:pPr>
        <w:spacing w:after="2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- Il Consiglio di Area di Indirizzo</w:t>
      </w:r>
    </w:p>
    <w:p w14:paraId="0C27D244" w14:textId="77777777" w:rsidR="00B2222D" w:rsidRPr="00C03780" w:rsidRDefault="00B2222D">
      <w:pPr>
        <w:spacing w:after="0"/>
        <w:rPr>
          <w:lang w:val="it-IT"/>
        </w:rPr>
      </w:pPr>
    </w:p>
    <w:p w14:paraId="11EA4F79" w14:textId="3882CC34" w:rsidR="00B2222D" w:rsidRPr="00C03780" w:rsidRDefault="00000000">
      <w:pPr>
        <w:spacing w:after="2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I1 Preside convoca il Consiglio che ha anche facoltà di proporre all'approvazione del Collegio dei Docenti, il calendario e le commissioni</w:t>
      </w:r>
      <w:r w:rsidR="003B287C">
        <w:rPr>
          <w:rFonts w:ascii="Courier New" w:hAnsi="Courier New"/>
          <w:sz w:val="18"/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>degli esami di profitto e diploma.</w:t>
      </w:r>
    </w:p>
    <w:p w14:paraId="64F77D0B" w14:textId="77777777" w:rsidR="00B2222D" w:rsidRPr="00C03780" w:rsidRDefault="00B2222D">
      <w:pPr>
        <w:spacing w:after="0"/>
        <w:rPr>
          <w:lang w:val="it-IT"/>
        </w:rPr>
      </w:pPr>
    </w:p>
    <w:p w14:paraId="642F7A3B" w14:textId="6EA0A81C" w:rsidR="00B2222D" w:rsidRPr="00C03780" w:rsidRDefault="00000000">
      <w:pPr>
        <w:spacing w:after="2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I1 Consiglio di Area di Indirizzo delibera sulle discipline di propria</w:t>
      </w:r>
      <w:r w:rsidR="003B287C">
        <w:rPr>
          <w:rFonts w:ascii="Courier New" w:hAnsi="Courier New"/>
          <w:sz w:val="18"/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>competenza e avanza proposte,</w:t>
      </w:r>
      <w:r w:rsidR="003B287C">
        <w:rPr>
          <w:rFonts w:ascii="Courier New" w:hAnsi="Courier New"/>
          <w:sz w:val="18"/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>da sottoporre agli organi centrali di governo, in merito alla attivazione di corsi di diploma, di corsi di specializzazione, di perfezionamento e Master.</w:t>
      </w:r>
    </w:p>
    <w:p w14:paraId="0C710DFE" w14:textId="77777777" w:rsidR="00B2222D" w:rsidRPr="00C03780" w:rsidRDefault="00B2222D">
      <w:pPr>
        <w:spacing w:after="0"/>
        <w:rPr>
          <w:lang w:val="it-IT"/>
        </w:rPr>
      </w:pPr>
    </w:p>
    <w:p w14:paraId="5FC0FA0F" w14:textId="6427644E" w:rsidR="00B2222D" w:rsidRPr="00C03780" w:rsidRDefault="00000000">
      <w:pPr>
        <w:spacing w:after="2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I1 Consiglio di Area di Indirizzo propone al Collegio dei Docenti eventuali modifiche del Regolamento didattico e anche al Consiglio Accademico, annualmente, la programmazione didattica con gli insegnamenti da</w:t>
      </w:r>
      <w:r w:rsidR="003B287C">
        <w:rPr>
          <w:rFonts w:ascii="Courier New" w:hAnsi="Courier New"/>
          <w:sz w:val="18"/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>attivare nomina le Commissioni per gli esami di profitto e di diploma</w:t>
      </w:r>
      <w:r w:rsidR="00F80807">
        <w:rPr>
          <w:rFonts w:ascii="Courier New" w:hAnsi="Courier New"/>
          <w:sz w:val="18"/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>e ne fissa il calendario.</w:t>
      </w:r>
    </w:p>
    <w:p w14:paraId="0945F45C" w14:textId="77777777" w:rsidR="00B2222D" w:rsidRPr="00C03780" w:rsidRDefault="00B2222D">
      <w:pPr>
        <w:spacing w:after="0"/>
        <w:rPr>
          <w:lang w:val="it-IT"/>
        </w:rPr>
      </w:pPr>
    </w:p>
    <w:p w14:paraId="59EDF8BF" w14:textId="1F0A4642" w:rsidR="00B2222D" w:rsidRPr="00C03780" w:rsidRDefault="00000000">
      <w:pPr>
        <w:spacing w:after="2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 xml:space="preserve">Il Consiglio di Area di Indirizzo </w:t>
      </w:r>
      <w:r w:rsidR="00F80807">
        <w:rPr>
          <w:rFonts w:ascii="Courier New" w:hAnsi="Courier New"/>
          <w:sz w:val="18"/>
          <w:lang w:val="it-IT"/>
        </w:rPr>
        <w:t>è</w:t>
      </w:r>
      <w:r w:rsidRPr="00C03780">
        <w:rPr>
          <w:rFonts w:ascii="Courier New" w:hAnsi="Courier New"/>
          <w:sz w:val="18"/>
          <w:lang w:val="it-IT"/>
        </w:rPr>
        <w:t xml:space="preserve"> composto dai docenti ad essa appartenenti.</w:t>
      </w:r>
    </w:p>
    <w:p w14:paraId="196C8C95" w14:textId="77777777" w:rsidR="00B2222D" w:rsidRPr="00C03780" w:rsidRDefault="00B2222D">
      <w:pPr>
        <w:spacing w:after="0"/>
        <w:rPr>
          <w:lang w:val="it-IT"/>
        </w:rPr>
      </w:pPr>
    </w:p>
    <w:p w14:paraId="4513F53D" w14:textId="6E886700" w:rsidR="00B2222D" w:rsidRPr="00C03780" w:rsidRDefault="00000000">
      <w:pPr>
        <w:spacing w:after="2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 xml:space="preserve">11 Preside di Area di Indirizzo </w:t>
      </w:r>
      <w:r w:rsidR="00F80807" w:rsidRPr="00C03780">
        <w:rPr>
          <w:rFonts w:ascii="Courier New" w:hAnsi="Courier New"/>
          <w:sz w:val="18"/>
          <w:lang w:val="it-IT"/>
        </w:rPr>
        <w:t>è</w:t>
      </w:r>
      <w:r w:rsidRPr="00C03780">
        <w:rPr>
          <w:rFonts w:ascii="Courier New" w:hAnsi="Courier New"/>
          <w:sz w:val="18"/>
          <w:lang w:val="it-IT"/>
        </w:rPr>
        <w:t xml:space="preserve"> eletto dal Consiglio di Area tra i docenti che ne fanno parte, e dura in carica tre anni, con possibilità di</w:t>
      </w:r>
      <w:r w:rsidR="00F80807">
        <w:rPr>
          <w:rFonts w:ascii="Courier New" w:hAnsi="Courier New"/>
          <w:sz w:val="18"/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>rielezione.</w:t>
      </w:r>
    </w:p>
    <w:p w14:paraId="29B3EC0B" w14:textId="77777777" w:rsidR="00B2222D" w:rsidRPr="00C03780" w:rsidRDefault="00B2222D">
      <w:pPr>
        <w:spacing w:after="0"/>
        <w:rPr>
          <w:lang w:val="it-IT"/>
        </w:rPr>
      </w:pPr>
    </w:p>
    <w:p w14:paraId="76733563" w14:textId="0901409D" w:rsidR="00B2222D" w:rsidRPr="00C03780" w:rsidRDefault="00000000">
      <w:pPr>
        <w:spacing w:after="2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 xml:space="preserve">ART. 23 </w:t>
      </w:r>
      <w:r w:rsidR="00F80807">
        <w:rPr>
          <w:rFonts w:ascii="Courier New" w:hAnsi="Courier New"/>
          <w:sz w:val="18"/>
          <w:lang w:val="it-IT"/>
        </w:rPr>
        <w:t>-</w:t>
      </w:r>
      <w:r w:rsidRPr="00C03780">
        <w:rPr>
          <w:rFonts w:ascii="Courier New" w:hAnsi="Courier New"/>
          <w:sz w:val="18"/>
          <w:lang w:val="it-IT"/>
        </w:rPr>
        <w:t xml:space="preserve"> CONSIGLIO DI CORSO DI DIPLOMA</w:t>
      </w:r>
    </w:p>
    <w:p w14:paraId="3CD41D89" w14:textId="77777777" w:rsidR="00B2222D" w:rsidRPr="00C03780" w:rsidRDefault="00B2222D">
      <w:pPr>
        <w:spacing w:after="0"/>
        <w:rPr>
          <w:lang w:val="it-IT"/>
        </w:rPr>
      </w:pPr>
    </w:p>
    <w:p w14:paraId="5515083E" w14:textId="369F1BD0" w:rsidR="00B2222D" w:rsidRPr="00C03780" w:rsidRDefault="00000000">
      <w:pPr>
        <w:spacing w:after="2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lastRenderedPageBreak/>
        <w:t xml:space="preserve">Se nelle Aree di Indirizzo sono contemplati </w:t>
      </w:r>
      <w:r w:rsidR="00F80807" w:rsidRPr="00C03780">
        <w:rPr>
          <w:rFonts w:ascii="Courier New" w:hAnsi="Courier New"/>
          <w:sz w:val="18"/>
          <w:lang w:val="it-IT"/>
        </w:rPr>
        <w:t>più</w:t>
      </w:r>
      <w:r w:rsidRPr="00C03780">
        <w:rPr>
          <w:rFonts w:ascii="Courier New" w:hAnsi="Courier New"/>
          <w:sz w:val="18"/>
          <w:lang w:val="it-IT"/>
        </w:rPr>
        <w:t xml:space="preserve"> Corsi di Diploma</w:t>
      </w:r>
      <w:r w:rsidR="00F80807">
        <w:rPr>
          <w:rFonts w:ascii="Courier New" w:hAnsi="Courier New"/>
          <w:sz w:val="18"/>
          <w:lang w:val="it-IT"/>
        </w:rPr>
        <w:t xml:space="preserve">, </w:t>
      </w:r>
      <w:r w:rsidRPr="00C03780">
        <w:rPr>
          <w:rFonts w:ascii="Courier New" w:hAnsi="Courier New"/>
          <w:sz w:val="18"/>
          <w:lang w:val="it-IT"/>
        </w:rPr>
        <w:t>vengono istituiti i Consigli di Corso di Diploma con compito di coordinamento e verifica annuale delle specifiche attività didattiche</w:t>
      </w:r>
      <w:r w:rsidR="00F80807">
        <w:rPr>
          <w:rFonts w:ascii="Courier New" w:hAnsi="Courier New"/>
          <w:sz w:val="18"/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 xml:space="preserve">nonché avanzare richieste e proposte ad esse inerenti.                   </w:t>
      </w:r>
    </w:p>
    <w:p w14:paraId="20C37D7E" w14:textId="60368CDC" w:rsidR="00B2222D" w:rsidRPr="00C03780" w:rsidRDefault="00000000" w:rsidP="00F80807">
      <w:pPr>
        <w:spacing w:after="2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 xml:space="preserve">Detti Consigli </w:t>
      </w:r>
      <w:r w:rsidR="00F80807" w:rsidRPr="00C03780">
        <w:rPr>
          <w:rFonts w:ascii="Courier New" w:hAnsi="Courier New"/>
          <w:sz w:val="18"/>
          <w:lang w:val="it-IT"/>
        </w:rPr>
        <w:t>esaminano</w:t>
      </w:r>
      <w:r w:rsidR="00F80807">
        <w:rPr>
          <w:rFonts w:ascii="Courier New" w:hAnsi="Courier New"/>
          <w:sz w:val="18"/>
          <w:lang w:val="it-IT"/>
        </w:rPr>
        <w:t xml:space="preserve"> </w:t>
      </w:r>
      <w:r w:rsidR="00F80807" w:rsidRPr="00C03780">
        <w:rPr>
          <w:rFonts w:ascii="Courier New" w:hAnsi="Courier New"/>
          <w:sz w:val="18"/>
          <w:lang w:val="it-IT"/>
        </w:rPr>
        <w:t>e</w:t>
      </w:r>
      <w:r w:rsidRPr="00C03780">
        <w:rPr>
          <w:rFonts w:ascii="Courier New" w:hAnsi="Courier New"/>
          <w:sz w:val="18"/>
          <w:lang w:val="it-IT"/>
        </w:rPr>
        <w:t xml:space="preserve"> approvano -i piani di studio e gli argomenti</w:t>
      </w:r>
      <w:r w:rsidR="00F80807">
        <w:rPr>
          <w:rFonts w:ascii="Courier New" w:hAnsi="Courier New"/>
          <w:sz w:val="18"/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>delle</w:t>
      </w:r>
      <w:r w:rsidR="00F80807">
        <w:rPr>
          <w:rFonts w:ascii="Courier New" w:hAnsi="Courier New"/>
          <w:sz w:val="18"/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 xml:space="preserve">tesi.           </w:t>
      </w:r>
    </w:p>
    <w:p w14:paraId="788A2B5B" w14:textId="579896E1" w:rsidR="00B2222D" w:rsidRPr="00C03780" w:rsidRDefault="00000000">
      <w:pPr>
        <w:spacing w:after="2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 xml:space="preserve">I1 Consiglio di Corso di Diploma </w:t>
      </w:r>
      <w:r w:rsidR="00F80807">
        <w:rPr>
          <w:rFonts w:ascii="Courier New" w:hAnsi="Courier New"/>
          <w:sz w:val="18"/>
          <w:lang w:val="it-IT"/>
        </w:rPr>
        <w:t>è</w:t>
      </w:r>
      <w:r w:rsidRPr="00C03780">
        <w:rPr>
          <w:rFonts w:ascii="Courier New" w:hAnsi="Courier New"/>
          <w:sz w:val="18"/>
          <w:lang w:val="it-IT"/>
        </w:rPr>
        <w:t xml:space="preserve"> costituito da tutti i docenti appartenenti a detto Corso.</w:t>
      </w:r>
    </w:p>
    <w:p w14:paraId="67AE2D0E" w14:textId="77777777" w:rsidR="00B2222D" w:rsidRPr="00C03780" w:rsidRDefault="00B2222D">
      <w:pPr>
        <w:spacing w:after="0"/>
        <w:rPr>
          <w:lang w:val="it-IT"/>
        </w:rPr>
      </w:pPr>
    </w:p>
    <w:p w14:paraId="405346F9" w14:textId="4792D115" w:rsidR="00B2222D" w:rsidRPr="00C03780" w:rsidRDefault="00000000" w:rsidP="00F80807">
      <w:pPr>
        <w:spacing w:after="2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 xml:space="preserve">Ogni Consiglio di Corso di Diploma nomina un proprio referente che sovrintende e </w:t>
      </w:r>
      <w:r w:rsidR="00F80807" w:rsidRPr="00C03780">
        <w:rPr>
          <w:rFonts w:ascii="Courier New" w:hAnsi="Courier New"/>
          <w:sz w:val="18"/>
          <w:lang w:val="it-IT"/>
        </w:rPr>
        <w:t>coordina</w:t>
      </w:r>
      <w:r w:rsidRPr="00C03780">
        <w:rPr>
          <w:rFonts w:ascii="Courier New" w:hAnsi="Courier New"/>
          <w:sz w:val="18"/>
          <w:lang w:val="it-IT"/>
        </w:rPr>
        <w:t xml:space="preserve"> tutte le </w:t>
      </w:r>
      <w:r w:rsidR="00F80807" w:rsidRPr="00C03780">
        <w:rPr>
          <w:rFonts w:ascii="Courier New" w:hAnsi="Courier New"/>
          <w:sz w:val="18"/>
          <w:lang w:val="it-IT"/>
        </w:rPr>
        <w:t>attività</w:t>
      </w:r>
      <w:r w:rsidRPr="00C03780">
        <w:rPr>
          <w:rFonts w:ascii="Courier New" w:hAnsi="Courier New"/>
          <w:sz w:val="18"/>
          <w:lang w:val="it-IT"/>
        </w:rPr>
        <w:t xml:space="preserve"> del Corso, la cui carica ha</w:t>
      </w:r>
      <w:r w:rsidR="00F80807">
        <w:rPr>
          <w:rFonts w:ascii="Courier New" w:hAnsi="Courier New"/>
          <w:sz w:val="18"/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>durata triennale con possibilità di essere rieletto.</w:t>
      </w:r>
    </w:p>
    <w:p w14:paraId="54A95148" w14:textId="77777777" w:rsidR="00F80807" w:rsidRDefault="00F80807">
      <w:pPr>
        <w:spacing w:after="20" w:line="240" w:lineRule="auto"/>
        <w:rPr>
          <w:rFonts w:ascii="Courier New" w:hAnsi="Courier New"/>
          <w:sz w:val="18"/>
          <w:lang w:val="it-IT"/>
        </w:rPr>
      </w:pPr>
    </w:p>
    <w:p w14:paraId="228C8514" w14:textId="666BE7D2" w:rsidR="00B2222D" w:rsidRDefault="00000000">
      <w:pPr>
        <w:spacing w:after="20" w:line="240" w:lineRule="auto"/>
        <w:rPr>
          <w:rFonts w:ascii="Courier New" w:hAnsi="Courier New"/>
          <w:sz w:val="18"/>
          <w:lang w:val="it-IT"/>
        </w:rPr>
      </w:pPr>
      <w:r w:rsidRPr="00C03780">
        <w:rPr>
          <w:rFonts w:ascii="Courier New" w:hAnsi="Courier New"/>
          <w:sz w:val="18"/>
          <w:lang w:val="it-IT"/>
        </w:rPr>
        <w:t>IL PERSONALE DELL'ACCADEMIA DI BELLE ARTI DI CUNEO</w:t>
      </w:r>
    </w:p>
    <w:p w14:paraId="61732D5F" w14:textId="77777777" w:rsidR="00F80807" w:rsidRPr="00C03780" w:rsidRDefault="00F80807">
      <w:pPr>
        <w:spacing w:after="20" w:line="240" w:lineRule="auto"/>
        <w:rPr>
          <w:lang w:val="it-IT"/>
        </w:rPr>
      </w:pPr>
    </w:p>
    <w:p w14:paraId="03DA20AB" w14:textId="77777777" w:rsidR="00B2222D" w:rsidRPr="00C03780" w:rsidRDefault="00000000">
      <w:pPr>
        <w:spacing w:after="2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ART. 19 - PERSONALE DOCENTE</w:t>
      </w:r>
    </w:p>
    <w:p w14:paraId="3306AC94" w14:textId="5B905A6C" w:rsidR="00B2222D" w:rsidRPr="00C03780" w:rsidRDefault="00000000">
      <w:pPr>
        <w:spacing w:after="2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Il personale docente viene reclutato dall'organo di gestione, sentite</w:t>
      </w:r>
      <w:r w:rsidR="00F80807">
        <w:rPr>
          <w:rFonts w:ascii="Courier New" w:hAnsi="Courier New"/>
          <w:sz w:val="18"/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>le necessità didattiche espresse dal Consiglio Accademico e dalle disponibilità finanziarie da parte del Consiglio di Amministrazione.</w:t>
      </w:r>
    </w:p>
    <w:p w14:paraId="1E27816C" w14:textId="7FAD6589" w:rsidR="00B2222D" w:rsidRPr="00C03780" w:rsidRDefault="00000000">
      <w:pPr>
        <w:spacing w:after="2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Il personale docente deve possedere tutti i requisiti (titolo di studio,</w:t>
      </w:r>
      <w:r w:rsidR="00F80807">
        <w:rPr>
          <w:rFonts w:ascii="Courier New" w:hAnsi="Courier New"/>
          <w:sz w:val="18"/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>qualificate esperienze professionali,</w:t>
      </w:r>
      <w:r w:rsidR="00F80807">
        <w:rPr>
          <w:rFonts w:ascii="Courier New" w:hAnsi="Courier New"/>
          <w:sz w:val="18"/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 xml:space="preserve">artistiche e didattiche) per l'accesso all'insegnamento nelle </w:t>
      </w:r>
      <w:r w:rsidR="00F80807">
        <w:rPr>
          <w:rFonts w:ascii="Courier New" w:hAnsi="Courier New"/>
          <w:sz w:val="18"/>
          <w:lang w:val="it-IT"/>
        </w:rPr>
        <w:t>A</w:t>
      </w:r>
      <w:r w:rsidRPr="00C03780">
        <w:rPr>
          <w:rFonts w:ascii="Courier New" w:hAnsi="Courier New"/>
          <w:sz w:val="18"/>
          <w:lang w:val="it-IT"/>
        </w:rPr>
        <w:t>ccademie di Belle Arti</w:t>
      </w:r>
      <w:r w:rsidR="00F80807">
        <w:rPr>
          <w:rFonts w:ascii="Courier New" w:hAnsi="Courier New"/>
          <w:sz w:val="18"/>
          <w:lang w:val="it-IT"/>
        </w:rPr>
        <w:t>.</w:t>
      </w:r>
    </w:p>
    <w:p w14:paraId="5872CCBF" w14:textId="0E087B3E" w:rsidR="00B2222D" w:rsidRPr="00C03780" w:rsidRDefault="00000000">
      <w:pPr>
        <w:spacing w:after="2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I1 Consiglio Accademico stabilisce le norme per la formulazione delle</w:t>
      </w:r>
      <w:r w:rsidR="00F80807">
        <w:rPr>
          <w:rFonts w:ascii="Courier New" w:hAnsi="Courier New"/>
          <w:sz w:val="18"/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>graduatorie e si riunisce a tal fine all'inizio di ogni anno accademico.</w:t>
      </w:r>
    </w:p>
    <w:p w14:paraId="4260C8BB" w14:textId="77777777" w:rsidR="00F80807" w:rsidRDefault="00F80807">
      <w:pPr>
        <w:spacing w:after="20" w:line="240" w:lineRule="auto"/>
        <w:rPr>
          <w:rFonts w:ascii="Courier New" w:hAnsi="Courier New"/>
          <w:sz w:val="18"/>
          <w:lang w:val="it-IT"/>
        </w:rPr>
      </w:pPr>
    </w:p>
    <w:p w14:paraId="4725B200" w14:textId="766CAE1F" w:rsidR="00B2222D" w:rsidRPr="00C03780" w:rsidRDefault="00000000">
      <w:pPr>
        <w:spacing w:after="2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ART. 20 - ESPERTI ESTERNI</w:t>
      </w:r>
    </w:p>
    <w:p w14:paraId="158E0FC7" w14:textId="046E9C55" w:rsidR="00B2222D" w:rsidRDefault="00000000">
      <w:pPr>
        <w:spacing w:after="20" w:line="240" w:lineRule="auto"/>
        <w:rPr>
          <w:rFonts w:ascii="Courier New" w:hAnsi="Courier New"/>
          <w:sz w:val="18"/>
          <w:lang w:val="it-IT"/>
        </w:rPr>
      </w:pPr>
      <w:r w:rsidRPr="00C03780">
        <w:rPr>
          <w:rFonts w:ascii="Courier New" w:hAnsi="Courier New"/>
          <w:sz w:val="18"/>
          <w:lang w:val="it-IT"/>
        </w:rPr>
        <w:t>Sentite le esigenze didattiche da parte del Consiglio Accademico e le</w:t>
      </w:r>
      <w:r w:rsidR="00F80807">
        <w:rPr>
          <w:rFonts w:ascii="Courier New" w:hAnsi="Courier New"/>
          <w:sz w:val="18"/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 xml:space="preserve">disponibilità finanziarie da parte del Consiglio di </w:t>
      </w:r>
      <w:proofErr w:type="spellStart"/>
      <w:proofErr w:type="gramStart"/>
      <w:r w:rsidRPr="00C03780">
        <w:rPr>
          <w:rFonts w:ascii="Courier New" w:hAnsi="Courier New"/>
          <w:sz w:val="18"/>
          <w:lang w:val="it-IT"/>
        </w:rPr>
        <w:t>Amministrazione,possono</w:t>
      </w:r>
      <w:proofErr w:type="spellEnd"/>
      <w:proofErr w:type="gramEnd"/>
      <w:r w:rsidRPr="00C03780">
        <w:rPr>
          <w:rFonts w:ascii="Courier New" w:hAnsi="Courier New"/>
          <w:sz w:val="18"/>
          <w:lang w:val="it-IT"/>
        </w:rPr>
        <w:t xml:space="preserve"> essere previste collaborazioni con esperti esterni, quale supporto ai docenti nella loro attività didattica o anche per interventi</w:t>
      </w:r>
      <w:r w:rsidR="00F80807">
        <w:rPr>
          <w:rFonts w:ascii="Courier New" w:hAnsi="Courier New"/>
          <w:sz w:val="18"/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>autonomi in forma di conferenze e seminari.</w:t>
      </w:r>
    </w:p>
    <w:p w14:paraId="410E0B77" w14:textId="77777777" w:rsidR="00F80807" w:rsidRPr="00C03780" w:rsidRDefault="00F80807">
      <w:pPr>
        <w:spacing w:after="20" w:line="240" w:lineRule="auto"/>
        <w:rPr>
          <w:lang w:val="it-IT"/>
        </w:rPr>
      </w:pPr>
    </w:p>
    <w:p w14:paraId="05FFF660" w14:textId="77777777" w:rsidR="00B2222D" w:rsidRPr="00C03780" w:rsidRDefault="00000000">
      <w:pPr>
        <w:spacing w:after="2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ART. 21 - PERSONALE NON DOCENTE</w:t>
      </w:r>
    </w:p>
    <w:p w14:paraId="74239260" w14:textId="32C9269C" w:rsidR="00B2222D" w:rsidRPr="00C03780" w:rsidRDefault="00000000">
      <w:pPr>
        <w:spacing w:after="2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Il Consiglio di Amministrazione stabilisce di conferire incarichi a</w:t>
      </w:r>
      <w:r w:rsidR="00F80807">
        <w:rPr>
          <w:rFonts w:ascii="Courier New" w:hAnsi="Courier New"/>
          <w:sz w:val="18"/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 xml:space="preserve">personale non docente, sentito il parere degli organi di gestione finanziaria, in, base alle necessità; </w:t>
      </w:r>
      <w:r w:rsidR="00F80807" w:rsidRPr="00C03780">
        <w:rPr>
          <w:rFonts w:ascii="Courier New" w:hAnsi="Courier New"/>
          <w:sz w:val="18"/>
          <w:lang w:val="it-IT"/>
        </w:rPr>
        <w:t>tecnico</w:t>
      </w:r>
      <w:r w:rsidRPr="00C03780">
        <w:rPr>
          <w:rFonts w:ascii="Courier New" w:hAnsi="Courier New"/>
          <w:sz w:val="18"/>
          <w:lang w:val="it-IT"/>
        </w:rPr>
        <w:t>-amministrative, di manutenzione e</w:t>
      </w:r>
      <w:r w:rsidR="00F80807">
        <w:rPr>
          <w:rFonts w:ascii="Courier New" w:hAnsi="Courier New"/>
          <w:sz w:val="18"/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 xml:space="preserve">pulizia, di controllo degli spazi </w:t>
      </w:r>
      <w:r w:rsidR="00F80807" w:rsidRPr="00C03780">
        <w:rPr>
          <w:rFonts w:ascii="Courier New" w:hAnsi="Courier New"/>
          <w:sz w:val="18"/>
          <w:lang w:val="it-IT"/>
        </w:rPr>
        <w:t xml:space="preserve">utilizzati </w:t>
      </w:r>
      <w:r w:rsidR="00F80807">
        <w:rPr>
          <w:rFonts w:ascii="Courier New" w:hAnsi="Courier New"/>
          <w:sz w:val="18"/>
          <w:lang w:val="it-IT"/>
        </w:rPr>
        <w:t>dall’Accademia</w:t>
      </w:r>
      <w:r w:rsidRPr="00C03780">
        <w:rPr>
          <w:rFonts w:ascii="Courier New" w:hAnsi="Courier New"/>
          <w:sz w:val="18"/>
          <w:lang w:val="it-IT"/>
        </w:rPr>
        <w:t>, avvalendosi</w:t>
      </w:r>
      <w:r w:rsidR="00F80807">
        <w:rPr>
          <w:rFonts w:ascii="Courier New" w:hAnsi="Courier New"/>
          <w:sz w:val="18"/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>anche di imprese operanti nei settori specifici.</w:t>
      </w:r>
    </w:p>
    <w:p w14:paraId="79CF96A8" w14:textId="5240FED3" w:rsidR="00B2222D" w:rsidRPr="00C03780" w:rsidRDefault="00000000">
      <w:pPr>
        <w:spacing w:after="2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Sentito il parere dei docenti di pittura e anatomia artistica, in base alle effettive esige</w:t>
      </w:r>
      <w:r w:rsidR="00F80807">
        <w:rPr>
          <w:rFonts w:ascii="Courier New" w:hAnsi="Courier New"/>
          <w:sz w:val="18"/>
          <w:lang w:val="it-IT"/>
        </w:rPr>
        <w:t>n</w:t>
      </w:r>
      <w:r w:rsidRPr="00C03780">
        <w:rPr>
          <w:rFonts w:ascii="Courier New" w:hAnsi="Courier New"/>
          <w:sz w:val="18"/>
          <w:lang w:val="it-IT"/>
        </w:rPr>
        <w:t>ze didattiche e alle ore disponibili, viene richiesta la collaborazione con modelli e modelle viventi</w:t>
      </w:r>
      <w:r w:rsidR="00F80807">
        <w:rPr>
          <w:rFonts w:ascii="Courier New" w:hAnsi="Courier New"/>
          <w:sz w:val="18"/>
          <w:lang w:val="it-IT"/>
        </w:rPr>
        <w:t>.</w:t>
      </w:r>
    </w:p>
    <w:p w14:paraId="6D4FFE2E" w14:textId="52B16236" w:rsidR="00B2222D" w:rsidRPr="00C03780" w:rsidRDefault="00000000">
      <w:pPr>
        <w:spacing w:after="2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 xml:space="preserve">L'Accademia </w:t>
      </w:r>
      <w:r w:rsidR="00F80807" w:rsidRPr="00C03780">
        <w:rPr>
          <w:rFonts w:ascii="Courier New" w:hAnsi="Courier New"/>
          <w:sz w:val="18"/>
          <w:lang w:val="it-IT"/>
        </w:rPr>
        <w:t>può</w:t>
      </w:r>
      <w:r w:rsidRPr="00C03780">
        <w:rPr>
          <w:rFonts w:ascii="Courier New" w:hAnsi="Courier New"/>
          <w:sz w:val="18"/>
          <w:lang w:val="it-IT"/>
        </w:rPr>
        <w:t xml:space="preserve"> istituire forme di collaborazione retribuite, di supporto all'attività didattica, che prevedano anche prestazioni da parte</w:t>
      </w:r>
      <w:r w:rsidR="00F80807">
        <w:rPr>
          <w:rFonts w:ascii="Courier New" w:hAnsi="Courier New"/>
          <w:sz w:val="18"/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>di studenti interni, rientrando queste tra le possibilità di sussidio</w:t>
      </w:r>
      <w:r w:rsidR="00F80807">
        <w:rPr>
          <w:rFonts w:ascii="Courier New" w:hAnsi="Courier New"/>
          <w:sz w:val="18"/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>per il diritto allo studio.</w:t>
      </w:r>
    </w:p>
    <w:p w14:paraId="72CF6A65" w14:textId="77777777" w:rsidR="00F80807" w:rsidRDefault="00F80807">
      <w:pPr>
        <w:spacing w:after="20" w:line="240" w:lineRule="auto"/>
        <w:rPr>
          <w:rFonts w:ascii="Courier New" w:hAnsi="Courier New"/>
          <w:sz w:val="18"/>
          <w:lang w:val="it-IT"/>
        </w:rPr>
      </w:pPr>
    </w:p>
    <w:p w14:paraId="3C8E6212" w14:textId="0EC691AE" w:rsidR="00B2222D" w:rsidRPr="00C03780" w:rsidRDefault="00000000">
      <w:pPr>
        <w:spacing w:after="2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ART. 24 - COORDINAMENTO DIDATTICO</w:t>
      </w:r>
    </w:p>
    <w:p w14:paraId="7D96B07E" w14:textId="6ABAE63A" w:rsidR="00B2222D" w:rsidRPr="00C03780" w:rsidRDefault="00F80807">
      <w:pPr>
        <w:spacing w:after="2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È istituito un organo di coordinamento didattico avente funzione di</w:t>
      </w:r>
      <w:r>
        <w:rPr>
          <w:rFonts w:ascii="Courier New" w:hAnsi="Courier New"/>
          <w:sz w:val="18"/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>formulare proposte e avanzare richieste al Consiglio Accademico in merito</w:t>
      </w:r>
      <w:r>
        <w:rPr>
          <w:rFonts w:ascii="Courier New" w:hAnsi="Courier New"/>
          <w:sz w:val="18"/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>alla regolamentazione didattica comuni alle Aree di Indirizzo e ai Corsi.</w:t>
      </w:r>
    </w:p>
    <w:p w14:paraId="18FDBF8C" w14:textId="77777777" w:rsidR="00B2222D" w:rsidRPr="00C03780" w:rsidRDefault="00B2222D">
      <w:pPr>
        <w:spacing w:after="0"/>
        <w:rPr>
          <w:lang w:val="it-IT"/>
        </w:rPr>
      </w:pPr>
    </w:p>
    <w:p w14:paraId="16D5B09D" w14:textId="572463F4" w:rsidR="00B2222D" w:rsidRPr="00C03780" w:rsidRDefault="00000000" w:rsidP="00F80807">
      <w:pPr>
        <w:spacing w:after="2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 xml:space="preserve">Tale organo </w:t>
      </w:r>
      <w:r w:rsidR="00F80807" w:rsidRPr="00C03780">
        <w:rPr>
          <w:rFonts w:ascii="Courier New" w:hAnsi="Courier New"/>
          <w:sz w:val="18"/>
          <w:lang w:val="it-IT"/>
        </w:rPr>
        <w:t>è</w:t>
      </w:r>
      <w:r w:rsidRPr="00C03780">
        <w:rPr>
          <w:rFonts w:ascii="Courier New" w:hAnsi="Courier New"/>
          <w:sz w:val="18"/>
          <w:lang w:val="it-IT"/>
        </w:rPr>
        <w:t xml:space="preserve"> composto dai Presidi di ciascuna Area di Indirizzo, dai Direttori di Dipartimento, dai Referenti dei Consigli di Corso e da una</w:t>
      </w:r>
      <w:r w:rsidR="00F80807">
        <w:rPr>
          <w:rFonts w:ascii="Courier New" w:hAnsi="Courier New"/>
          <w:sz w:val="18"/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>rappresentanza degli studenti.</w:t>
      </w:r>
    </w:p>
    <w:p w14:paraId="6E596C3B" w14:textId="2A1B76C3" w:rsidR="00B2222D" w:rsidRPr="00C03780" w:rsidRDefault="00000000" w:rsidP="00F80807">
      <w:pPr>
        <w:spacing w:after="2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 xml:space="preserve">L'Organo di coordinamento didattico </w:t>
      </w:r>
      <w:r w:rsidR="00F80807" w:rsidRPr="00C03780">
        <w:rPr>
          <w:rFonts w:ascii="Courier New" w:hAnsi="Courier New"/>
          <w:sz w:val="18"/>
          <w:lang w:val="it-IT"/>
        </w:rPr>
        <w:t>è</w:t>
      </w:r>
      <w:r w:rsidRPr="00C03780">
        <w:rPr>
          <w:rFonts w:ascii="Courier New" w:hAnsi="Courier New"/>
          <w:sz w:val="18"/>
          <w:lang w:val="it-IT"/>
        </w:rPr>
        <w:t xml:space="preserve"> insediato dal Direttore e presieduto da uno dei Presidi di Area.</w:t>
      </w:r>
    </w:p>
    <w:p w14:paraId="779A022D" w14:textId="777824B0" w:rsidR="00B2222D" w:rsidRPr="00C03780" w:rsidRDefault="00000000">
      <w:pPr>
        <w:spacing w:after="2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 xml:space="preserve">L'Organo di coordinamento didattico </w:t>
      </w:r>
      <w:r w:rsidR="00F80807" w:rsidRPr="00C03780">
        <w:rPr>
          <w:rFonts w:ascii="Courier New" w:hAnsi="Courier New"/>
          <w:sz w:val="18"/>
          <w:lang w:val="it-IT"/>
        </w:rPr>
        <w:t>può</w:t>
      </w:r>
      <w:r w:rsidRPr="00C03780">
        <w:rPr>
          <w:rFonts w:ascii="Courier New" w:hAnsi="Courier New"/>
          <w:sz w:val="18"/>
          <w:lang w:val="it-IT"/>
        </w:rPr>
        <w:t xml:space="preserve"> intervenire nei seguenti ambiti</w:t>
      </w:r>
      <w:r w:rsidR="00F80807">
        <w:rPr>
          <w:rFonts w:ascii="Courier New" w:hAnsi="Courier New"/>
          <w:sz w:val="18"/>
          <w:lang w:val="it-IT"/>
        </w:rPr>
        <w:t>:</w:t>
      </w:r>
    </w:p>
    <w:p w14:paraId="75D9AE25" w14:textId="77777777" w:rsidR="00B2222D" w:rsidRPr="00C03780" w:rsidRDefault="00000000">
      <w:pPr>
        <w:spacing w:after="2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- struttura didattica e relativi regolamenti-</w:t>
      </w:r>
    </w:p>
    <w:p w14:paraId="3D5FF13E" w14:textId="77777777" w:rsidR="00B2222D" w:rsidRPr="00C03780" w:rsidRDefault="00000000">
      <w:pPr>
        <w:spacing w:after="2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- coordinamento tra i diversi Corsi-</w:t>
      </w:r>
    </w:p>
    <w:p w14:paraId="0F99B024" w14:textId="77777777" w:rsidR="00B2222D" w:rsidRPr="00C03780" w:rsidRDefault="00000000">
      <w:pPr>
        <w:spacing w:after="2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- modalità e criteri di ammissione ai Corsi-</w:t>
      </w:r>
    </w:p>
    <w:p w14:paraId="291647C8" w14:textId="77777777" w:rsidR="00B2222D" w:rsidRPr="00C03780" w:rsidRDefault="00000000">
      <w:pPr>
        <w:spacing w:after="2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- criteri di riconoscimento dei crediti formativi-</w:t>
      </w:r>
    </w:p>
    <w:p w14:paraId="01C30E53" w14:textId="77777777" w:rsidR="00B2222D" w:rsidRPr="00C03780" w:rsidRDefault="00000000">
      <w:pPr>
        <w:spacing w:after="2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- modalità di accesso e svolgimento degli esami di diploma-</w:t>
      </w:r>
    </w:p>
    <w:p w14:paraId="015CA50A" w14:textId="77777777" w:rsidR="00B2222D" w:rsidRPr="00C03780" w:rsidRDefault="00000000">
      <w:pPr>
        <w:spacing w:after="2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- organizzazione delle attività finalizzate alla ricerca-</w:t>
      </w:r>
    </w:p>
    <w:p w14:paraId="60FAD3CC" w14:textId="4CED1FBC" w:rsidR="00B2222D" w:rsidRPr="00C03780" w:rsidRDefault="00000000">
      <w:pPr>
        <w:spacing w:after="2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- regolamentazione dei trasferimenti e riconoscimento dei periodi di studio</w:t>
      </w:r>
      <w:r w:rsidR="00C15156">
        <w:rPr>
          <w:rFonts w:ascii="Courier New" w:hAnsi="Courier New"/>
          <w:sz w:val="18"/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>effettuati all'estero-</w:t>
      </w:r>
    </w:p>
    <w:p w14:paraId="0C13B8AE" w14:textId="71D28CE7" w:rsidR="00B2222D" w:rsidRPr="00C03780" w:rsidRDefault="00000000">
      <w:pPr>
        <w:spacing w:after="2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- valutazione delle proposte di attivazione di Corsi di studio da parte</w:t>
      </w:r>
      <w:r w:rsidR="00F80807">
        <w:rPr>
          <w:rFonts w:ascii="Courier New" w:hAnsi="Courier New"/>
          <w:sz w:val="18"/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>delle Aree di Indirizzo-</w:t>
      </w:r>
    </w:p>
    <w:p w14:paraId="0D16EA8D" w14:textId="77777777" w:rsidR="00B2222D" w:rsidRPr="00C03780" w:rsidRDefault="00000000">
      <w:pPr>
        <w:spacing w:after="2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- valutazione delle proposte di collaborazioni internazionali-         __</w:t>
      </w:r>
    </w:p>
    <w:p w14:paraId="4330DC18" w14:textId="77777777" w:rsidR="00B2222D" w:rsidRPr="00C03780" w:rsidRDefault="00B2222D">
      <w:pPr>
        <w:spacing w:after="0"/>
        <w:rPr>
          <w:lang w:val="it-IT"/>
        </w:rPr>
      </w:pPr>
    </w:p>
    <w:p w14:paraId="580A0E8B" w14:textId="7DC8CF06" w:rsidR="00B2222D" w:rsidRPr="00C03780" w:rsidRDefault="00000000">
      <w:pPr>
        <w:spacing w:after="2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lastRenderedPageBreak/>
        <w:t>- valutazioni di ordine didattico che venga ritenuto opportuno sottoporre</w:t>
      </w:r>
      <w:r w:rsidR="00F80807">
        <w:rPr>
          <w:rFonts w:ascii="Courier New" w:hAnsi="Courier New"/>
          <w:sz w:val="18"/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>da parte del Collegio dei Docenti-</w:t>
      </w:r>
    </w:p>
    <w:p w14:paraId="36DE7AFF" w14:textId="0D2DFDD8" w:rsidR="00B2222D" w:rsidRPr="00C03780" w:rsidRDefault="00000000">
      <w:pPr>
        <w:spacing w:after="2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 xml:space="preserve">- l'Organo di coordinamento didattico ha </w:t>
      </w:r>
      <w:r w:rsidR="00F80807" w:rsidRPr="00C03780">
        <w:rPr>
          <w:rFonts w:ascii="Courier New" w:hAnsi="Courier New"/>
          <w:sz w:val="18"/>
          <w:lang w:val="it-IT"/>
        </w:rPr>
        <w:t>possibilità, su</w:t>
      </w:r>
      <w:r w:rsidRPr="00C03780">
        <w:rPr>
          <w:rFonts w:ascii="Courier New" w:hAnsi="Courier New"/>
          <w:sz w:val="18"/>
          <w:lang w:val="it-IT"/>
        </w:rPr>
        <w:t xml:space="preserve"> delega del Consiglio Accademico, di deliberare su quanto sopra, escluso su tutto ci</w:t>
      </w:r>
      <w:r w:rsidR="00C15156">
        <w:rPr>
          <w:rFonts w:ascii="Courier New" w:hAnsi="Courier New"/>
          <w:sz w:val="18"/>
          <w:lang w:val="it-IT"/>
        </w:rPr>
        <w:t xml:space="preserve">ò </w:t>
      </w:r>
      <w:r w:rsidRPr="00C03780">
        <w:rPr>
          <w:rFonts w:ascii="Courier New" w:hAnsi="Courier New"/>
          <w:sz w:val="18"/>
          <w:lang w:val="it-IT"/>
        </w:rPr>
        <w:t>competa al Consiglio di Amministrazione o alla gestione finanziaria.</w:t>
      </w:r>
    </w:p>
    <w:p w14:paraId="1021694C" w14:textId="77777777" w:rsidR="00B2222D" w:rsidRPr="00C03780" w:rsidRDefault="00B2222D">
      <w:pPr>
        <w:spacing w:after="0"/>
        <w:rPr>
          <w:lang w:val="it-IT"/>
        </w:rPr>
      </w:pPr>
    </w:p>
    <w:p w14:paraId="37FDBA9B" w14:textId="77777777" w:rsidR="00C15156" w:rsidRDefault="00000000">
      <w:pPr>
        <w:spacing w:after="20" w:line="240" w:lineRule="auto"/>
        <w:rPr>
          <w:rFonts w:ascii="Courier New" w:hAnsi="Courier New"/>
          <w:sz w:val="18"/>
          <w:lang w:val="it-IT"/>
        </w:rPr>
      </w:pPr>
      <w:r w:rsidRPr="00C03780">
        <w:rPr>
          <w:rFonts w:ascii="Courier New" w:hAnsi="Courier New"/>
          <w:sz w:val="18"/>
          <w:lang w:val="it-IT"/>
        </w:rPr>
        <w:t xml:space="preserve">ART. 25 - DIPARTIMENTI </w:t>
      </w:r>
    </w:p>
    <w:p w14:paraId="6A2135FE" w14:textId="4637ED01" w:rsidR="00B2222D" w:rsidRPr="00C03780" w:rsidRDefault="00000000">
      <w:pPr>
        <w:spacing w:after="2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 xml:space="preserve">Ambiti disciplinari omogenei per finalità e metodologie, appartenenti alla stessa Area di Indirizzo, o a </w:t>
      </w:r>
      <w:r w:rsidR="00C15156" w:rsidRPr="00C03780">
        <w:rPr>
          <w:rFonts w:ascii="Courier New" w:hAnsi="Courier New"/>
          <w:sz w:val="18"/>
          <w:lang w:val="it-IT"/>
        </w:rPr>
        <w:t>più</w:t>
      </w:r>
      <w:r w:rsidRPr="00C03780">
        <w:rPr>
          <w:rFonts w:ascii="Courier New" w:hAnsi="Courier New"/>
          <w:sz w:val="18"/>
          <w:lang w:val="it-IT"/>
        </w:rPr>
        <w:t xml:space="preserve"> Aree, finalizzati alla ricerca</w:t>
      </w:r>
      <w:r w:rsidR="00C15156">
        <w:rPr>
          <w:rFonts w:ascii="Courier New" w:hAnsi="Courier New"/>
          <w:sz w:val="18"/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>nei settori artistici, della comunicazione visiva, della progettazione</w:t>
      </w:r>
      <w:r w:rsidR="00C15156">
        <w:rPr>
          <w:rFonts w:ascii="Courier New" w:hAnsi="Courier New"/>
          <w:sz w:val="18"/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>artistica per l'industria, del restauro e della conservazione dei Beni</w:t>
      </w:r>
      <w:r w:rsidR="00C15156">
        <w:rPr>
          <w:rFonts w:ascii="Courier New" w:hAnsi="Courier New"/>
          <w:sz w:val="18"/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>Culturali sono organizzati nella struttura del Dipartimento.</w:t>
      </w:r>
    </w:p>
    <w:p w14:paraId="4DC4088A" w14:textId="71C1F646" w:rsidR="00B2222D" w:rsidRPr="00C03780" w:rsidRDefault="00000000">
      <w:pPr>
        <w:spacing w:after="2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Il Dipartimento concorre con i Consigli di Area di Indirizzo al miglior</w:t>
      </w:r>
      <w:r w:rsidR="00C15156">
        <w:rPr>
          <w:rFonts w:ascii="Courier New" w:hAnsi="Courier New"/>
          <w:sz w:val="18"/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 xml:space="preserve">utilizzo </w:t>
      </w:r>
      <w:r w:rsidR="00C15156" w:rsidRPr="00C03780">
        <w:rPr>
          <w:rFonts w:ascii="Courier New" w:hAnsi="Courier New"/>
          <w:sz w:val="18"/>
          <w:lang w:val="it-IT"/>
        </w:rPr>
        <w:t>delle</w:t>
      </w:r>
      <w:r w:rsidRPr="00C03780">
        <w:rPr>
          <w:rFonts w:ascii="Courier New" w:hAnsi="Courier New"/>
          <w:sz w:val="18"/>
          <w:lang w:val="it-IT"/>
        </w:rPr>
        <w:t xml:space="preserve"> potenzialità disponibili al fine</w:t>
      </w:r>
      <w:r w:rsidR="00C15156">
        <w:rPr>
          <w:rFonts w:ascii="Courier New" w:hAnsi="Courier New"/>
          <w:sz w:val="18"/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>di</w:t>
      </w:r>
      <w:r w:rsidR="00C15156">
        <w:rPr>
          <w:rFonts w:ascii="Courier New" w:hAnsi="Courier New"/>
          <w:sz w:val="18"/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>ottimizzare l'attività didattica e incentivare la ricerca nei settori suddetti, eventualmente</w:t>
      </w:r>
      <w:r w:rsidR="00C15156">
        <w:rPr>
          <w:rFonts w:ascii="Courier New" w:hAnsi="Courier New"/>
          <w:sz w:val="18"/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>in collaborazione con altre istituzioni.</w:t>
      </w:r>
    </w:p>
    <w:p w14:paraId="26FA7755" w14:textId="271F5899" w:rsidR="00B2222D" w:rsidRPr="00C03780" w:rsidRDefault="00000000" w:rsidP="00C15156">
      <w:pPr>
        <w:spacing w:after="2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I</w:t>
      </w:r>
      <w:r w:rsidR="00C15156">
        <w:rPr>
          <w:rFonts w:ascii="Courier New" w:hAnsi="Courier New"/>
          <w:sz w:val="18"/>
          <w:lang w:val="it-IT"/>
        </w:rPr>
        <w:t>l</w:t>
      </w:r>
      <w:r w:rsidRPr="00C03780">
        <w:rPr>
          <w:rFonts w:ascii="Courier New" w:hAnsi="Courier New"/>
          <w:sz w:val="18"/>
          <w:lang w:val="it-IT"/>
        </w:rPr>
        <w:t xml:space="preserve"> Dipartimento </w:t>
      </w:r>
      <w:r w:rsidR="00C15156" w:rsidRPr="00C03780">
        <w:rPr>
          <w:rFonts w:ascii="Courier New" w:hAnsi="Courier New"/>
          <w:sz w:val="18"/>
          <w:lang w:val="it-IT"/>
        </w:rPr>
        <w:t>può</w:t>
      </w:r>
      <w:r w:rsidRPr="00C03780">
        <w:rPr>
          <w:rFonts w:ascii="Courier New" w:hAnsi="Courier New"/>
          <w:sz w:val="18"/>
          <w:lang w:val="it-IT"/>
        </w:rPr>
        <w:t xml:space="preserve"> inoltrare agli organi di governo e di gestione dell'Accademia le proprie valutazioni e le proprie richieste in merito</w:t>
      </w:r>
      <w:r w:rsidR="00C15156">
        <w:rPr>
          <w:rFonts w:ascii="Courier New" w:hAnsi="Courier New"/>
          <w:sz w:val="18"/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>alle risorse necessarie per lo sviluppo delle attività di ricerca e a</w:t>
      </w:r>
      <w:r w:rsidR="00C15156">
        <w:rPr>
          <w:rFonts w:ascii="Courier New" w:hAnsi="Courier New"/>
          <w:sz w:val="18"/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>quelle didattiche afferenti</w:t>
      </w:r>
      <w:r w:rsidR="00C15156">
        <w:rPr>
          <w:rFonts w:ascii="Courier New" w:hAnsi="Courier New"/>
          <w:sz w:val="18"/>
          <w:lang w:val="it-IT"/>
        </w:rPr>
        <w:t>.</w:t>
      </w:r>
    </w:p>
    <w:p w14:paraId="11AA664C" w14:textId="2AE4C40D" w:rsidR="00B2222D" w:rsidRPr="00C03780" w:rsidRDefault="00000000">
      <w:pPr>
        <w:spacing w:after="2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Un Dipartimento viene istituito con delibera del Consiglio Accademico,</w:t>
      </w:r>
      <w:r w:rsidR="00C15156">
        <w:rPr>
          <w:rFonts w:ascii="Courier New" w:hAnsi="Courier New"/>
          <w:sz w:val="18"/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>su proposta delle Aree di Indirizzo, previa valutazione dell'Organo di</w:t>
      </w:r>
      <w:r w:rsidR="00C15156">
        <w:rPr>
          <w:rFonts w:ascii="Courier New" w:hAnsi="Courier New"/>
          <w:sz w:val="18"/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>coordinamento didattico, sentito il parere favorevole del Consiglio di</w:t>
      </w:r>
      <w:r w:rsidR="00C15156">
        <w:rPr>
          <w:rFonts w:ascii="Courier New" w:hAnsi="Courier New"/>
          <w:sz w:val="18"/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>Amministrazione.</w:t>
      </w:r>
    </w:p>
    <w:p w14:paraId="42227226" w14:textId="3773D93B" w:rsidR="00C15156" w:rsidRDefault="00000000" w:rsidP="00C15156">
      <w:pPr>
        <w:spacing w:after="0"/>
        <w:rPr>
          <w:rFonts w:ascii="Courier New" w:hAnsi="Courier New"/>
          <w:sz w:val="18"/>
          <w:lang w:val="it-IT"/>
        </w:rPr>
      </w:pPr>
      <w:r w:rsidRPr="00C03780">
        <w:rPr>
          <w:rFonts w:ascii="Courier New" w:hAnsi="Courier New"/>
          <w:sz w:val="18"/>
          <w:lang w:val="it-IT"/>
        </w:rPr>
        <w:t>Gli organi del Dipartimento sono</w:t>
      </w:r>
    </w:p>
    <w:p w14:paraId="64D6B0BE" w14:textId="77777777" w:rsidR="00C15156" w:rsidRDefault="00000000" w:rsidP="00C15156">
      <w:pPr>
        <w:spacing w:after="0"/>
        <w:rPr>
          <w:rFonts w:ascii="Courier New" w:hAnsi="Courier New"/>
          <w:sz w:val="18"/>
          <w:lang w:val="it-IT"/>
        </w:rPr>
      </w:pPr>
      <w:r w:rsidRPr="00C03780">
        <w:rPr>
          <w:rFonts w:ascii="Courier New" w:hAnsi="Courier New"/>
          <w:sz w:val="18"/>
          <w:lang w:val="it-IT"/>
        </w:rPr>
        <w:t>- il Consiglio di Dipartimento-</w:t>
      </w:r>
    </w:p>
    <w:p w14:paraId="228764A9" w14:textId="1CBEF556" w:rsidR="00B2222D" w:rsidRPr="00C15156" w:rsidRDefault="00000000" w:rsidP="00C15156">
      <w:pPr>
        <w:spacing w:after="0"/>
        <w:rPr>
          <w:rFonts w:ascii="Courier New" w:hAnsi="Courier New"/>
          <w:sz w:val="18"/>
          <w:lang w:val="it-IT"/>
        </w:rPr>
      </w:pPr>
      <w:r w:rsidRPr="00C03780">
        <w:rPr>
          <w:rFonts w:ascii="Courier New" w:hAnsi="Courier New"/>
          <w:sz w:val="18"/>
          <w:lang w:val="it-IT"/>
        </w:rPr>
        <w:t>- il Direttore-</w:t>
      </w:r>
    </w:p>
    <w:p w14:paraId="3F2D5FE4" w14:textId="77777777" w:rsidR="00B2222D" w:rsidRPr="00C03780" w:rsidRDefault="00B2222D">
      <w:pPr>
        <w:spacing w:after="0"/>
        <w:rPr>
          <w:lang w:val="it-IT"/>
        </w:rPr>
      </w:pPr>
    </w:p>
    <w:p w14:paraId="70563FA3" w14:textId="35A4D83D" w:rsidR="00B2222D" w:rsidRPr="00C03780" w:rsidRDefault="00C15156">
      <w:pPr>
        <w:spacing w:after="20" w:line="240" w:lineRule="auto"/>
        <w:rPr>
          <w:lang w:val="it-IT"/>
        </w:rPr>
      </w:pPr>
      <w:r>
        <w:rPr>
          <w:rFonts w:ascii="Courier New" w:hAnsi="Courier New"/>
          <w:sz w:val="18"/>
          <w:lang w:val="it-IT"/>
        </w:rPr>
        <w:t>Il</w:t>
      </w:r>
      <w:r w:rsidRPr="00C03780">
        <w:rPr>
          <w:rFonts w:ascii="Courier New" w:hAnsi="Courier New"/>
          <w:sz w:val="18"/>
          <w:lang w:val="it-IT"/>
        </w:rPr>
        <w:t xml:space="preserve"> Consiglio di Dipartimento, costituito da tutti i Docenti ad esso appartenenti</w:t>
      </w:r>
      <w:r>
        <w:rPr>
          <w:rFonts w:ascii="Courier New" w:hAnsi="Courier New"/>
          <w:sz w:val="18"/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>ne</w:t>
      </w:r>
      <w:r>
        <w:rPr>
          <w:rFonts w:ascii="Courier New" w:hAnsi="Courier New"/>
          <w:sz w:val="18"/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>organizza, programma e</w:t>
      </w:r>
      <w:r>
        <w:rPr>
          <w:rFonts w:ascii="Courier New" w:hAnsi="Courier New"/>
          <w:sz w:val="18"/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>coordina tutta l'attività.</w:t>
      </w:r>
    </w:p>
    <w:p w14:paraId="37D4378B" w14:textId="77777777" w:rsidR="00B2222D" w:rsidRPr="00C03780" w:rsidRDefault="00B2222D">
      <w:pPr>
        <w:spacing w:after="0"/>
        <w:rPr>
          <w:lang w:val="it-IT"/>
        </w:rPr>
      </w:pPr>
    </w:p>
    <w:p w14:paraId="569A04D3" w14:textId="72F759BA" w:rsidR="00B2222D" w:rsidRPr="00C03780" w:rsidRDefault="00000000">
      <w:pPr>
        <w:spacing w:after="2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Il Direttore di Dipartimento, che lo rappresenta, convoca e presiede</w:t>
      </w:r>
      <w:r w:rsidR="00C15156">
        <w:rPr>
          <w:rFonts w:ascii="Courier New" w:hAnsi="Courier New"/>
          <w:sz w:val="18"/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>il Consiglio e viene eletto</w:t>
      </w:r>
      <w:r w:rsidR="00C15156">
        <w:rPr>
          <w:rFonts w:ascii="Courier New" w:hAnsi="Courier New"/>
          <w:sz w:val="18"/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>con durata triennale e con possibilità di essere riconfermato.</w:t>
      </w:r>
    </w:p>
    <w:p w14:paraId="6DB7EE5D" w14:textId="77777777" w:rsidR="00B2222D" w:rsidRPr="00C03780" w:rsidRDefault="00B2222D">
      <w:pPr>
        <w:spacing w:after="0"/>
        <w:rPr>
          <w:lang w:val="it-IT"/>
        </w:rPr>
      </w:pPr>
    </w:p>
    <w:p w14:paraId="44404C36" w14:textId="77777777" w:rsidR="00B2222D" w:rsidRPr="00C03780" w:rsidRDefault="00000000">
      <w:pPr>
        <w:spacing w:after="2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ART. 26 - ESAMI</w:t>
      </w:r>
    </w:p>
    <w:p w14:paraId="0177AF83" w14:textId="10525F70" w:rsidR="00B2222D" w:rsidRPr="00C03780" w:rsidRDefault="00000000">
      <w:pPr>
        <w:spacing w:after="2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Le norme che riguardano gli esami di profitto, di diploma e di specializzazione, le modalità di attribuzione dei voti, nonché la composizione</w:t>
      </w:r>
      <w:r w:rsidR="00C15156">
        <w:rPr>
          <w:rFonts w:ascii="Courier New" w:hAnsi="Courier New"/>
          <w:sz w:val="18"/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>delle commissioni,</w:t>
      </w:r>
      <w:r w:rsidR="00C15156">
        <w:rPr>
          <w:rFonts w:ascii="Courier New" w:hAnsi="Courier New"/>
          <w:sz w:val="18"/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>negli aspetti generali, fanno parte del Regolamento</w:t>
      </w:r>
      <w:r w:rsidR="00C15156">
        <w:rPr>
          <w:rFonts w:ascii="Courier New" w:hAnsi="Courier New"/>
          <w:sz w:val="18"/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>didattico dell'Accademia, mentre per quelli particolari fanno parte dei</w:t>
      </w:r>
      <w:r w:rsidR="00C15156">
        <w:rPr>
          <w:rFonts w:ascii="Courier New" w:hAnsi="Courier New"/>
          <w:sz w:val="18"/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>Regolamenti dei Consigli di Corso, si attengono, comunque, alla normativa</w:t>
      </w:r>
      <w:r w:rsidR="00C15156">
        <w:rPr>
          <w:rFonts w:ascii="Courier New" w:hAnsi="Courier New"/>
          <w:sz w:val="18"/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>stabilita per legge per le Accademie di Belle Arti.</w:t>
      </w:r>
    </w:p>
    <w:p w14:paraId="2012BAA7" w14:textId="69EF97C2" w:rsidR="00B2222D" w:rsidRPr="00C03780" w:rsidRDefault="00000000">
      <w:pPr>
        <w:spacing w:after="2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 xml:space="preserve">I1 voto degli esami di profitto viene attribuito in trentesimi e ogni commissione </w:t>
      </w:r>
      <w:r w:rsidR="00C15156" w:rsidRPr="00C03780">
        <w:rPr>
          <w:rFonts w:ascii="Courier New" w:hAnsi="Courier New"/>
          <w:sz w:val="18"/>
          <w:lang w:val="it-IT"/>
        </w:rPr>
        <w:t>è</w:t>
      </w:r>
      <w:r w:rsidRPr="00C03780">
        <w:rPr>
          <w:rFonts w:ascii="Courier New" w:hAnsi="Courier New"/>
          <w:sz w:val="18"/>
          <w:lang w:val="it-IT"/>
        </w:rPr>
        <w:t xml:space="preserve"> costituita da almeno tre componenti, tra cui il docente titolare della disciplina e da un altro docente quale presidente.</w:t>
      </w:r>
    </w:p>
    <w:p w14:paraId="2C55DC59" w14:textId="42B8B476" w:rsidR="00B2222D" w:rsidRPr="00C03780" w:rsidRDefault="00000000">
      <w:pPr>
        <w:spacing w:after="2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 xml:space="preserve">I1 voto degli esami di diploma viene attribuito in centodecimi e la commissione </w:t>
      </w:r>
      <w:r w:rsidR="00C15156" w:rsidRPr="00C03780">
        <w:rPr>
          <w:rFonts w:ascii="Courier New" w:hAnsi="Courier New"/>
          <w:sz w:val="18"/>
          <w:lang w:val="it-IT"/>
        </w:rPr>
        <w:t>è</w:t>
      </w:r>
      <w:r w:rsidRPr="00C03780">
        <w:rPr>
          <w:rFonts w:ascii="Courier New" w:hAnsi="Courier New"/>
          <w:sz w:val="18"/>
          <w:lang w:val="it-IT"/>
        </w:rPr>
        <w:t xml:space="preserve"> costituita da almeno cinque componenti.</w:t>
      </w:r>
    </w:p>
    <w:p w14:paraId="1341F57B" w14:textId="08365A7E" w:rsidR="00B2222D" w:rsidRPr="00C03780" w:rsidRDefault="00000000">
      <w:pPr>
        <w:spacing w:after="2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L'Accademia deve garantire l'adeguata pubblicità di tutte le prove previste.</w:t>
      </w:r>
    </w:p>
    <w:p w14:paraId="64732987" w14:textId="77777777" w:rsidR="00B2222D" w:rsidRPr="00C03780" w:rsidRDefault="00B2222D">
      <w:pPr>
        <w:spacing w:after="0"/>
        <w:rPr>
          <w:lang w:val="it-IT"/>
        </w:rPr>
      </w:pPr>
    </w:p>
    <w:p w14:paraId="310D0293" w14:textId="77777777" w:rsidR="00B2222D" w:rsidRPr="00C03780" w:rsidRDefault="00000000">
      <w:pPr>
        <w:spacing w:after="2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ART. 27 - CONTROLLO DELLA DIDATTICA</w:t>
      </w:r>
    </w:p>
    <w:p w14:paraId="55D39474" w14:textId="453F7627" w:rsidR="00B2222D" w:rsidRPr="00C03780" w:rsidRDefault="00000000">
      <w:pPr>
        <w:spacing w:after="2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 xml:space="preserve">Nei regolamenti delle Aree di indirizzo </w:t>
      </w:r>
      <w:r w:rsidR="00C15156" w:rsidRPr="00C03780">
        <w:rPr>
          <w:rFonts w:ascii="Courier New" w:hAnsi="Courier New"/>
          <w:sz w:val="18"/>
          <w:lang w:val="it-IT"/>
        </w:rPr>
        <w:t>vengono</w:t>
      </w:r>
      <w:r w:rsidRPr="00C03780">
        <w:rPr>
          <w:rFonts w:ascii="Courier New" w:hAnsi="Courier New"/>
          <w:sz w:val="18"/>
          <w:lang w:val="it-IT"/>
        </w:rPr>
        <w:t xml:space="preserve"> stabilite le</w:t>
      </w:r>
      <w:r w:rsidR="00C15156">
        <w:rPr>
          <w:rFonts w:ascii="Courier New" w:hAnsi="Courier New"/>
          <w:sz w:val="18"/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>modalità</w:t>
      </w:r>
      <w:r w:rsidR="00C15156">
        <w:rPr>
          <w:rFonts w:ascii="Courier New" w:hAnsi="Courier New"/>
          <w:sz w:val="18"/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>di verifica</w:t>
      </w:r>
      <w:r w:rsidR="00C15156">
        <w:rPr>
          <w:rFonts w:ascii="Courier New" w:hAnsi="Courier New"/>
          <w:sz w:val="18"/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 xml:space="preserve">periodica di </w:t>
      </w:r>
      <w:r w:rsidR="00C15156" w:rsidRPr="00C03780">
        <w:rPr>
          <w:rFonts w:ascii="Courier New" w:hAnsi="Courier New"/>
          <w:sz w:val="18"/>
          <w:lang w:val="it-IT"/>
        </w:rPr>
        <w:t>tutte</w:t>
      </w:r>
      <w:r w:rsidRPr="00C03780">
        <w:rPr>
          <w:rFonts w:ascii="Courier New" w:hAnsi="Courier New"/>
          <w:sz w:val="18"/>
          <w:lang w:val="it-IT"/>
        </w:rPr>
        <w:t xml:space="preserve"> le attività didattiche ad esse afferenti,</w:t>
      </w:r>
      <w:r w:rsidR="00C15156">
        <w:rPr>
          <w:rFonts w:ascii="Courier New" w:hAnsi="Courier New"/>
          <w:sz w:val="18"/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>anche attraverso rilevamenti e pareri espressi da docenti e studenti.</w:t>
      </w:r>
    </w:p>
    <w:p w14:paraId="30F3011B" w14:textId="77777777" w:rsidR="00B2222D" w:rsidRPr="00C03780" w:rsidRDefault="00B2222D">
      <w:pPr>
        <w:spacing w:after="0"/>
        <w:rPr>
          <w:lang w:val="it-IT"/>
        </w:rPr>
      </w:pPr>
    </w:p>
    <w:p w14:paraId="757E2FEA" w14:textId="77777777" w:rsidR="00B2222D" w:rsidRPr="00C03780" w:rsidRDefault="00000000">
      <w:pPr>
        <w:spacing w:after="2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ART. 28 - ELEZIONI</w:t>
      </w:r>
    </w:p>
    <w:p w14:paraId="55AC5584" w14:textId="025699EE" w:rsidR="00B2222D" w:rsidRPr="00C03780" w:rsidRDefault="00000000">
      <w:pPr>
        <w:spacing w:after="2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In tutti i casi in cui siano previste le elezioni degli organi di governo</w:t>
      </w:r>
      <w:r w:rsidR="00C15156">
        <w:rPr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>o di rappresentanza dell'</w:t>
      </w:r>
      <w:r w:rsidR="00C15156" w:rsidRPr="00C03780">
        <w:rPr>
          <w:rFonts w:ascii="Courier New" w:hAnsi="Courier New"/>
          <w:sz w:val="18"/>
          <w:lang w:val="it-IT"/>
        </w:rPr>
        <w:t>Accademia</w:t>
      </w:r>
      <w:r w:rsidRPr="00C03780">
        <w:rPr>
          <w:rFonts w:ascii="Courier New" w:hAnsi="Courier New"/>
          <w:sz w:val="18"/>
          <w:lang w:val="it-IT"/>
        </w:rPr>
        <w:t>, queste vengono effettuate con votazione</w:t>
      </w:r>
      <w:r w:rsidR="00C15156">
        <w:rPr>
          <w:rFonts w:ascii="Courier New" w:hAnsi="Courier New"/>
          <w:sz w:val="18"/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 xml:space="preserve">limitata fino ad un terzo dei nominativi da eleggere e </w:t>
      </w:r>
      <w:r w:rsidR="00C15156" w:rsidRPr="00C03780">
        <w:rPr>
          <w:rFonts w:ascii="Courier New" w:hAnsi="Courier New"/>
          <w:sz w:val="18"/>
          <w:lang w:val="it-IT"/>
        </w:rPr>
        <w:t>arrotondando</w:t>
      </w:r>
      <w:r w:rsidRPr="00C03780">
        <w:rPr>
          <w:rFonts w:ascii="Courier New" w:hAnsi="Courier New"/>
          <w:sz w:val="18"/>
          <w:lang w:val="it-IT"/>
        </w:rPr>
        <w:t xml:space="preserve"> all'unità superiore. A parità di voti verranno eletti, </w:t>
      </w:r>
      <w:r w:rsidR="00C15156" w:rsidRPr="00C03780">
        <w:rPr>
          <w:rFonts w:ascii="Courier New" w:hAnsi="Courier New"/>
          <w:sz w:val="18"/>
          <w:lang w:val="it-IT"/>
        </w:rPr>
        <w:t>per</w:t>
      </w:r>
      <w:r w:rsidRPr="00C03780">
        <w:rPr>
          <w:rFonts w:ascii="Courier New" w:hAnsi="Courier New"/>
          <w:sz w:val="18"/>
          <w:lang w:val="it-IT"/>
        </w:rPr>
        <w:t xml:space="preserve"> i docenti, il </w:t>
      </w:r>
      <w:r w:rsidR="00C15156" w:rsidRPr="00C03780">
        <w:rPr>
          <w:rFonts w:ascii="Courier New" w:hAnsi="Courier New"/>
          <w:sz w:val="18"/>
          <w:lang w:val="it-IT"/>
        </w:rPr>
        <w:t>più</w:t>
      </w:r>
      <w:r w:rsidR="00C15156">
        <w:rPr>
          <w:rFonts w:ascii="Courier New" w:hAnsi="Courier New"/>
          <w:sz w:val="18"/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>anziano di servizio (in alternativa di età), per gli studenti quello di età</w:t>
      </w:r>
      <w:r w:rsidR="00C15156">
        <w:rPr>
          <w:rFonts w:ascii="Courier New" w:hAnsi="Courier New"/>
          <w:sz w:val="18"/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>maggiore.</w:t>
      </w:r>
    </w:p>
    <w:p w14:paraId="47271E6E" w14:textId="13A3BF75" w:rsidR="00B2222D" w:rsidRPr="00C03780" w:rsidRDefault="00000000">
      <w:pPr>
        <w:spacing w:after="2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Le votazioni hanno validità se effettuate da almeno un terzo degli elettori,</w:t>
      </w:r>
      <w:r w:rsidR="00C15156">
        <w:rPr>
          <w:rFonts w:ascii="Courier New" w:hAnsi="Courier New"/>
          <w:sz w:val="18"/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>tranne che nelle rappresentanze studentesche.</w:t>
      </w:r>
    </w:p>
    <w:p w14:paraId="4CAB8AA7" w14:textId="1C1C4C60" w:rsidR="00B2222D" w:rsidRPr="00C03780" w:rsidRDefault="00000000">
      <w:pPr>
        <w:spacing w:after="2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Tutte le elezioni hanno luogo entro la fine dell'anno accademico in cui t</w:t>
      </w:r>
      <w:r w:rsidR="00C15156">
        <w:rPr>
          <w:rFonts w:ascii="Courier New" w:hAnsi="Courier New"/>
          <w:sz w:val="18"/>
          <w:lang w:val="it-IT"/>
        </w:rPr>
        <w:t>er</w:t>
      </w:r>
      <w:r w:rsidRPr="00C03780">
        <w:rPr>
          <w:rFonts w:ascii="Courier New" w:hAnsi="Courier New"/>
          <w:sz w:val="18"/>
          <w:lang w:val="it-IT"/>
        </w:rPr>
        <w:t>mina il mandato, tranne quelle che cessino anticipatamente e quelle studentesche.</w:t>
      </w:r>
    </w:p>
    <w:p w14:paraId="6BF2F9AA" w14:textId="77777777" w:rsidR="00B2222D" w:rsidRPr="00C03780" w:rsidRDefault="00B2222D">
      <w:pPr>
        <w:spacing w:after="0"/>
        <w:rPr>
          <w:lang w:val="it-IT"/>
        </w:rPr>
      </w:pPr>
    </w:p>
    <w:p w14:paraId="52943496" w14:textId="02813B88" w:rsidR="00B2222D" w:rsidRPr="00C03780" w:rsidRDefault="00000000">
      <w:pPr>
        <w:spacing w:after="2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Le elezioni del Direttore sono indette almeno tre mesi prima la cessazione</w:t>
      </w:r>
      <w:r w:rsidR="00C15156">
        <w:rPr>
          <w:rFonts w:ascii="Courier New" w:hAnsi="Courier New"/>
          <w:sz w:val="18"/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>dell'incarico, mentre per tutti gli altri mandati queste si devono svolgere almeno un mese prima del loro termine.</w:t>
      </w:r>
    </w:p>
    <w:p w14:paraId="1BAA556D" w14:textId="4C8A913A" w:rsidR="00B2222D" w:rsidRPr="00C03780" w:rsidRDefault="00C15156">
      <w:pPr>
        <w:spacing w:after="2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lastRenderedPageBreak/>
        <w:t>Le elezioni della rappresentanza studentesca all’interno del Consiglio Accademico e di quello di Amministrazione sono indette dal Direttore,</w:t>
      </w:r>
      <w:r>
        <w:rPr>
          <w:rFonts w:ascii="Courier New" w:hAnsi="Courier New"/>
          <w:sz w:val="18"/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>sentita la Consulta degli studenti, entro un mese dal termine dei mandati.</w:t>
      </w:r>
    </w:p>
    <w:p w14:paraId="29F97ADC" w14:textId="387D4125" w:rsidR="00B2222D" w:rsidRDefault="00000000">
      <w:pPr>
        <w:spacing w:after="20" w:line="240" w:lineRule="auto"/>
        <w:rPr>
          <w:rFonts w:ascii="Courier New" w:hAnsi="Courier New"/>
          <w:sz w:val="18"/>
          <w:lang w:val="it-IT"/>
        </w:rPr>
      </w:pPr>
      <w:r w:rsidRPr="00C03780">
        <w:rPr>
          <w:rFonts w:ascii="Courier New" w:hAnsi="Courier New"/>
          <w:sz w:val="18"/>
          <w:lang w:val="it-IT"/>
        </w:rPr>
        <w:t>In tutte le cariche fino alla nomina dei nuovi eletti vengono prorogati</w:t>
      </w:r>
      <w:r w:rsidR="00C15156">
        <w:rPr>
          <w:rFonts w:ascii="Courier New" w:hAnsi="Courier New"/>
          <w:sz w:val="18"/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>quelli in carica.</w:t>
      </w:r>
    </w:p>
    <w:p w14:paraId="7EFF4B7A" w14:textId="77777777" w:rsidR="00C15156" w:rsidRPr="00C03780" w:rsidRDefault="00C15156">
      <w:pPr>
        <w:spacing w:after="20" w:line="240" w:lineRule="auto"/>
        <w:rPr>
          <w:lang w:val="it-IT"/>
        </w:rPr>
      </w:pPr>
    </w:p>
    <w:p w14:paraId="62EB07E3" w14:textId="77777777" w:rsidR="00B2222D" w:rsidRPr="00C03780" w:rsidRDefault="00000000">
      <w:pPr>
        <w:spacing w:after="2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ART. 29 - MODIFICHE ALLO STATUTO E AI REGOLAMENTI</w:t>
      </w:r>
    </w:p>
    <w:p w14:paraId="7DD9E07F" w14:textId="4C480670" w:rsidR="00B2222D" w:rsidRPr="00C03780" w:rsidRDefault="00000000">
      <w:pPr>
        <w:spacing w:after="2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Modifiche al presente Statuto e ai regolamenti possono essere proposte</w:t>
      </w:r>
      <w:r w:rsidR="00C15156">
        <w:rPr>
          <w:rFonts w:ascii="Courier New" w:hAnsi="Courier New"/>
          <w:sz w:val="18"/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>dal Direttore, dagli Enti di gestione, dal Consiglio Accademico, dal</w:t>
      </w:r>
      <w:r w:rsidR="00C15156">
        <w:rPr>
          <w:rFonts w:ascii="Courier New" w:hAnsi="Courier New"/>
          <w:sz w:val="18"/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>Consiglio di Amministrazione, dal Collegio dei Docenti,</w:t>
      </w:r>
      <w:r w:rsidR="00C15156">
        <w:rPr>
          <w:rFonts w:ascii="Courier New" w:hAnsi="Courier New"/>
          <w:sz w:val="18"/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>dalla Consulta</w:t>
      </w:r>
      <w:r w:rsidR="00C15156">
        <w:rPr>
          <w:rFonts w:ascii="Courier New" w:hAnsi="Courier New"/>
          <w:sz w:val="18"/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>degli Studenti, dai Consigli di Area di Indirizzo e di Dipartimento.</w:t>
      </w:r>
    </w:p>
    <w:p w14:paraId="179FB940" w14:textId="19063185" w:rsidR="00B2222D" w:rsidRDefault="00000000">
      <w:pPr>
        <w:spacing w:after="20" w:line="240" w:lineRule="auto"/>
        <w:rPr>
          <w:rFonts w:ascii="Courier New" w:hAnsi="Courier New"/>
          <w:sz w:val="18"/>
          <w:lang w:val="it-IT"/>
        </w:rPr>
      </w:pPr>
      <w:r w:rsidRPr="00C03780">
        <w:rPr>
          <w:rFonts w:ascii="Courier New" w:hAnsi="Courier New"/>
          <w:sz w:val="18"/>
          <w:lang w:val="it-IT"/>
        </w:rPr>
        <w:t>Le proposte, sentito il parere favorevole degli Enti di Gestione, verranno approvate dal Consiglio di Amministrazione e dal Consiglio Accademico.</w:t>
      </w:r>
    </w:p>
    <w:p w14:paraId="16344511" w14:textId="77777777" w:rsidR="00C15156" w:rsidRPr="00C03780" w:rsidRDefault="00C15156">
      <w:pPr>
        <w:spacing w:after="20" w:line="240" w:lineRule="auto"/>
        <w:rPr>
          <w:lang w:val="it-IT"/>
        </w:rPr>
      </w:pPr>
    </w:p>
    <w:p w14:paraId="65928A11" w14:textId="7265D175" w:rsidR="00B2222D" w:rsidRPr="00C03780" w:rsidRDefault="00000000">
      <w:pPr>
        <w:spacing w:after="2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ART. 30 - ESECUTIVIT</w:t>
      </w:r>
      <w:r w:rsidR="00C15156" w:rsidRPr="00C15156">
        <w:rPr>
          <w:rFonts w:ascii="Courier New" w:hAnsi="Courier New"/>
          <w:caps/>
          <w:sz w:val="18"/>
          <w:lang w:val="it-IT"/>
        </w:rPr>
        <w:t>à</w:t>
      </w:r>
      <w:r w:rsidRPr="00C03780">
        <w:rPr>
          <w:rFonts w:ascii="Courier New" w:hAnsi="Courier New"/>
          <w:sz w:val="18"/>
          <w:lang w:val="it-IT"/>
        </w:rPr>
        <w:t xml:space="preserve"> DELLO STATUTO</w:t>
      </w:r>
    </w:p>
    <w:p w14:paraId="49CAB2B8" w14:textId="46A61531" w:rsidR="00B2222D" w:rsidRPr="00C03780" w:rsidRDefault="00000000">
      <w:pPr>
        <w:spacing w:after="2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Il presente Statuto entra in vigore appena $</w:t>
      </w:r>
      <w:r w:rsidR="00070EBB" w:rsidRPr="00C03780">
        <w:rPr>
          <w:rFonts w:ascii="Courier New" w:hAnsi="Courier New"/>
          <w:sz w:val="18"/>
          <w:lang w:val="it-IT"/>
        </w:rPr>
        <w:t>vengono</w:t>
      </w:r>
      <w:r w:rsidRPr="00C03780">
        <w:rPr>
          <w:rFonts w:ascii="Courier New" w:hAnsi="Courier New"/>
          <w:sz w:val="18"/>
          <w:lang w:val="it-IT"/>
        </w:rPr>
        <w:t xml:space="preserve"> approvati dal Ministero</w:t>
      </w:r>
      <w:r w:rsidR="00070EBB">
        <w:rPr>
          <w:rFonts w:ascii="Courier New" w:hAnsi="Courier New"/>
          <w:sz w:val="18"/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>dell'Istruzione dell'Università e della Ricerca i regolamenti di autonomia didattica e diventano applicabili all'Accademia di Belle Arti</w:t>
      </w:r>
      <w:r w:rsidR="00070EBB">
        <w:rPr>
          <w:rFonts w:ascii="Courier New" w:hAnsi="Courier New"/>
          <w:sz w:val="18"/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>di</w:t>
      </w:r>
      <w:r w:rsidR="00070EBB">
        <w:rPr>
          <w:rFonts w:ascii="Courier New" w:hAnsi="Courier New"/>
          <w:sz w:val="18"/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>Cuneo.</w:t>
      </w:r>
    </w:p>
    <w:p w14:paraId="12654147" w14:textId="58458978" w:rsidR="00B2222D" w:rsidRPr="00C03780" w:rsidRDefault="00000000">
      <w:pPr>
        <w:spacing w:after="2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Entro 30 giorni dall'entrata in vigore dello Statuto vengono costituiti i</w:t>
      </w:r>
      <w:r w:rsidR="00070EBB">
        <w:rPr>
          <w:rFonts w:ascii="Courier New" w:hAnsi="Courier New"/>
          <w:sz w:val="18"/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 xml:space="preserve">Consigli di Corso di Diploma, </w:t>
      </w:r>
      <w:proofErr w:type="gramStart"/>
      <w:r w:rsidRPr="00C03780">
        <w:rPr>
          <w:rFonts w:ascii="Courier New" w:hAnsi="Courier New"/>
          <w:sz w:val="18"/>
          <w:lang w:val="it-IT"/>
        </w:rPr>
        <w:t>e</w:t>
      </w:r>
      <w:proofErr w:type="gramEnd"/>
      <w:r w:rsidRPr="00C03780">
        <w:rPr>
          <w:rFonts w:ascii="Courier New" w:hAnsi="Courier New"/>
          <w:sz w:val="18"/>
          <w:lang w:val="it-IT"/>
        </w:rPr>
        <w:t xml:space="preserve"> entro 45 giorni il Direttore indice le</w:t>
      </w:r>
      <w:r w:rsidR="00070EBB">
        <w:rPr>
          <w:rFonts w:ascii="Courier New" w:hAnsi="Courier New"/>
          <w:sz w:val="18"/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 xml:space="preserve">elezioni per l'elezione dei </w:t>
      </w:r>
      <w:r w:rsidR="00070EBB">
        <w:rPr>
          <w:rFonts w:ascii="Courier New" w:hAnsi="Courier New"/>
          <w:sz w:val="18"/>
          <w:lang w:val="it-IT"/>
        </w:rPr>
        <w:t>r</w:t>
      </w:r>
      <w:r w:rsidRPr="00C03780">
        <w:rPr>
          <w:rFonts w:ascii="Courier New" w:hAnsi="Courier New"/>
          <w:sz w:val="18"/>
          <w:lang w:val="it-IT"/>
        </w:rPr>
        <w:t>appresentanti dei docenti nel Consiglio Accademico je nel Consiglio di Amministrazione, nonché della rappresentanza</w:t>
      </w:r>
      <w:r w:rsidR="00070EBB">
        <w:rPr>
          <w:rFonts w:ascii="Courier New" w:hAnsi="Courier New"/>
          <w:sz w:val="18"/>
          <w:lang w:val="it-IT"/>
        </w:rPr>
        <w:t xml:space="preserve"> </w:t>
      </w:r>
      <w:r w:rsidR="00070EBB" w:rsidRPr="00C03780">
        <w:rPr>
          <w:rFonts w:ascii="Courier New" w:hAnsi="Courier New"/>
          <w:sz w:val="18"/>
          <w:lang w:val="it-IT"/>
        </w:rPr>
        <w:t>studentesca</w:t>
      </w:r>
      <w:r w:rsidRPr="00C03780">
        <w:rPr>
          <w:rFonts w:ascii="Courier New" w:hAnsi="Courier New"/>
          <w:sz w:val="18"/>
          <w:lang w:val="it-IT"/>
        </w:rPr>
        <w:t xml:space="preserve"> in seno ai due Consigli. Entro i 30 giorni </w:t>
      </w:r>
      <w:r w:rsidR="00070EBB">
        <w:rPr>
          <w:rFonts w:ascii="Courier New" w:hAnsi="Courier New"/>
          <w:sz w:val="18"/>
          <w:lang w:val="it-IT"/>
        </w:rPr>
        <w:t>s</w:t>
      </w:r>
      <w:r w:rsidRPr="00C03780">
        <w:rPr>
          <w:rFonts w:ascii="Courier New" w:hAnsi="Courier New"/>
          <w:sz w:val="18"/>
          <w:lang w:val="it-IT"/>
        </w:rPr>
        <w:t xml:space="preserve">uccessivi il Direttore indice le elezioni per la Consulta degli studenti, che sarà presieduta, in prima seduta, dallo studente che ha ottenuto il maggior numero di voti o dal </w:t>
      </w:r>
      <w:r w:rsidR="00070EBB" w:rsidRPr="00C03780">
        <w:rPr>
          <w:rFonts w:ascii="Courier New" w:hAnsi="Courier New"/>
          <w:sz w:val="18"/>
          <w:lang w:val="it-IT"/>
        </w:rPr>
        <w:t>più</w:t>
      </w:r>
      <w:r w:rsidRPr="00C03780">
        <w:rPr>
          <w:rFonts w:ascii="Courier New" w:hAnsi="Courier New"/>
          <w:sz w:val="18"/>
          <w:lang w:val="it-IT"/>
        </w:rPr>
        <w:t xml:space="preserve"> anziano di età.</w:t>
      </w:r>
    </w:p>
    <w:p w14:paraId="2DD7A510" w14:textId="18388E04" w:rsidR="00B2222D" w:rsidRPr="00C03780" w:rsidRDefault="00000000">
      <w:pPr>
        <w:spacing w:after="2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Il Direttore, entro 45 giorni dall'entrata in funzione del Consiglio Accademico, indice le elezioni per la costituzione dell'organo di coordinamento previsto dall'Art. 24 del presente Statuto.</w:t>
      </w:r>
    </w:p>
    <w:p w14:paraId="3629246A" w14:textId="6D3BF548" w:rsidR="00B2222D" w:rsidRPr="00C03780" w:rsidRDefault="00000000">
      <w:pPr>
        <w:spacing w:after="2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Le dimissioni di un componente di ogni Organo di governo e rappresentanza,</w:t>
      </w:r>
      <w:r w:rsidR="00070EBB">
        <w:rPr>
          <w:rFonts w:ascii="Courier New" w:hAnsi="Courier New"/>
          <w:sz w:val="18"/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>previsto dal presente Statuto, hanno effetto con la presa d'atto dell'organo competente e la sostituzione deve avvenire entro due mesi da detta</w:t>
      </w:r>
      <w:r w:rsidR="00070EBB">
        <w:rPr>
          <w:rFonts w:ascii="Courier New" w:hAnsi="Courier New"/>
          <w:sz w:val="18"/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>presa d'atto.</w:t>
      </w:r>
    </w:p>
    <w:p w14:paraId="1CD59582" w14:textId="20CD99D4" w:rsidR="00B2222D" w:rsidRPr="00C03780" w:rsidRDefault="00000000">
      <w:pPr>
        <w:spacing w:after="2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Nel caso gli incarichi degli Organi di governo e di rappresentanza, esclusi quelli studenteschi, abbiano inizio ad anno accademico avviato, il suo</w:t>
      </w:r>
      <w:r w:rsidR="00070EBB">
        <w:rPr>
          <w:rFonts w:ascii="Courier New" w:hAnsi="Courier New"/>
          <w:sz w:val="18"/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>scorcio residuo viene aggiunto alla durata prevista per gli stessi.   i</w:t>
      </w:r>
    </w:p>
    <w:p w14:paraId="3D4ADC70" w14:textId="2E7693F0" w:rsidR="00B2222D" w:rsidRPr="00C03780" w:rsidRDefault="00000000">
      <w:pPr>
        <w:spacing w:after="2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 xml:space="preserve">Tutto </w:t>
      </w:r>
      <w:r w:rsidR="00070EBB" w:rsidRPr="00C03780">
        <w:rPr>
          <w:rFonts w:ascii="Courier New" w:hAnsi="Courier New"/>
          <w:sz w:val="18"/>
          <w:lang w:val="it-IT"/>
        </w:rPr>
        <w:t>ciò</w:t>
      </w:r>
      <w:r w:rsidRPr="00C03780">
        <w:rPr>
          <w:rFonts w:ascii="Courier New" w:hAnsi="Courier New"/>
          <w:sz w:val="18"/>
          <w:lang w:val="it-IT"/>
        </w:rPr>
        <w:t xml:space="preserve"> che non </w:t>
      </w:r>
      <w:r w:rsidR="00070EBB" w:rsidRPr="00C03780">
        <w:rPr>
          <w:rFonts w:ascii="Courier New" w:hAnsi="Courier New"/>
          <w:sz w:val="18"/>
          <w:lang w:val="it-IT"/>
        </w:rPr>
        <w:t>è</w:t>
      </w:r>
      <w:r w:rsidRPr="00C03780">
        <w:rPr>
          <w:rFonts w:ascii="Courier New" w:hAnsi="Courier New"/>
          <w:sz w:val="18"/>
          <w:lang w:val="it-IT"/>
        </w:rPr>
        <w:t xml:space="preserve"> previsto dal presente Statuto decade con la sua entrata in vigore.</w:t>
      </w:r>
    </w:p>
    <w:p w14:paraId="58E10075" w14:textId="77777777" w:rsidR="00070EBB" w:rsidRDefault="00070EBB" w:rsidP="00070EBB">
      <w:pPr>
        <w:rPr>
          <w:rFonts w:ascii="Courier New" w:hAnsi="Courier New"/>
          <w:sz w:val="18"/>
          <w:lang w:val="it-IT"/>
        </w:rPr>
      </w:pPr>
    </w:p>
    <w:p w14:paraId="550BF797" w14:textId="1EC18C88" w:rsidR="00070EBB" w:rsidRDefault="00070EBB" w:rsidP="00070EBB">
      <w:pPr>
        <w:contextualSpacing/>
        <w:rPr>
          <w:lang w:val="it-IT"/>
        </w:rPr>
      </w:pPr>
      <w:r>
        <w:rPr>
          <w:rFonts w:ascii="Courier New" w:hAnsi="Courier New"/>
          <w:sz w:val="18"/>
          <w:lang w:val="it-IT"/>
        </w:rPr>
        <w:t>A</w:t>
      </w:r>
      <w:r w:rsidRPr="00C03780">
        <w:rPr>
          <w:rFonts w:ascii="Courier New" w:hAnsi="Courier New"/>
          <w:sz w:val="18"/>
          <w:lang w:val="it-IT"/>
        </w:rPr>
        <w:t xml:space="preserve">RT. 31 </w:t>
      </w:r>
      <w:r>
        <w:rPr>
          <w:rFonts w:ascii="Courier New" w:hAnsi="Courier New"/>
          <w:sz w:val="18"/>
          <w:lang w:val="it-IT"/>
        </w:rPr>
        <w:t>–</w:t>
      </w:r>
      <w:r w:rsidRPr="00C03780">
        <w:rPr>
          <w:rFonts w:ascii="Courier New" w:hAnsi="Courier New"/>
          <w:sz w:val="18"/>
          <w:lang w:val="it-IT"/>
        </w:rPr>
        <w:t xml:space="preserve"> REGOLAMENTO</w:t>
      </w:r>
    </w:p>
    <w:p w14:paraId="1890CB2D" w14:textId="77BE64E9" w:rsidR="00B2222D" w:rsidRPr="00C03780" w:rsidRDefault="00070EBB" w:rsidP="00070EBB">
      <w:pPr>
        <w:contextualSpacing/>
        <w:rPr>
          <w:lang w:val="it-IT"/>
        </w:rPr>
      </w:pPr>
      <w:r>
        <w:rPr>
          <w:rFonts w:ascii="Courier New" w:hAnsi="Courier New"/>
          <w:sz w:val="18"/>
          <w:lang w:val="it-IT"/>
        </w:rPr>
        <w:t>Il</w:t>
      </w:r>
      <w:r w:rsidRPr="00C03780">
        <w:rPr>
          <w:rFonts w:ascii="Courier New" w:hAnsi="Courier New"/>
          <w:sz w:val="18"/>
          <w:lang w:val="it-IT"/>
        </w:rPr>
        <w:t xml:space="preserve"> Consiglio Accademico, entro tre mesi dall'entrata in vigore del presente Statuto, nomina una Commissione affinché predisponga il Regolamento</w:t>
      </w:r>
      <w:r>
        <w:rPr>
          <w:rFonts w:ascii="Courier New" w:hAnsi="Courier New"/>
          <w:sz w:val="18"/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>Didattico che dovrà essere presentato, per l'approvazione al Collegio dei</w:t>
      </w:r>
      <w:r>
        <w:rPr>
          <w:rFonts w:ascii="Courier New" w:hAnsi="Courier New"/>
          <w:sz w:val="18"/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>Docenti, e che diverrà esecutivo dopo 15 giorni.</w:t>
      </w:r>
    </w:p>
    <w:p w14:paraId="46A7F357" w14:textId="77777777" w:rsidR="00070EBB" w:rsidRDefault="00070EBB">
      <w:pPr>
        <w:spacing w:after="20" w:line="240" w:lineRule="auto"/>
        <w:contextualSpacing/>
        <w:rPr>
          <w:rFonts w:ascii="Courier New" w:hAnsi="Courier New"/>
          <w:sz w:val="18"/>
          <w:lang w:val="it-IT"/>
        </w:rPr>
      </w:pPr>
    </w:p>
    <w:p w14:paraId="05CF3D6A" w14:textId="5E3231A8" w:rsidR="00B2222D" w:rsidRPr="00C03780" w:rsidRDefault="00000000">
      <w:pPr>
        <w:spacing w:after="20" w:line="240" w:lineRule="auto"/>
        <w:contextualSpacing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ART. 32 - ALTRE DISPOSIZIONI</w:t>
      </w:r>
    </w:p>
    <w:p w14:paraId="609045D2" w14:textId="2E883516" w:rsidR="00B2222D" w:rsidRPr="00C03780" w:rsidRDefault="00000000">
      <w:pPr>
        <w:spacing w:after="20" w:line="240" w:lineRule="auto"/>
        <w:contextualSpacing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Le attività didattiche di ogni anno accademico vengono svolte con struttura e organizzazione in due semestri della durata di 14 o 16 settimane.</w:t>
      </w:r>
      <w:r w:rsidR="00070EBB">
        <w:rPr>
          <w:rFonts w:ascii="Courier New" w:hAnsi="Courier New"/>
          <w:sz w:val="18"/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 xml:space="preserve">L'iscrizione all'Accademia di Belle Arti </w:t>
      </w:r>
      <w:r w:rsidR="00070EBB" w:rsidRPr="00C03780">
        <w:rPr>
          <w:rFonts w:ascii="Courier New" w:hAnsi="Courier New"/>
          <w:sz w:val="18"/>
          <w:lang w:val="it-IT"/>
        </w:rPr>
        <w:t>è</w:t>
      </w:r>
      <w:r w:rsidRPr="00C03780">
        <w:rPr>
          <w:rFonts w:ascii="Courier New" w:hAnsi="Courier New"/>
          <w:sz w:val="18"/>
          <w:lang w:val="it-IT"/>
        </w:rPr>
        <w:t xml:space="preserve"> incompatibile con l'iscrizione</w:t>
      </w:r>
      <w:r w:rsidR="00070EBB">
        <w:rPr>
          <w:rFonts w:ascii="Courier New" w:hAnsi="Courier New"/>
          <w:sz w:val="18"/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>e la frequenza di altre facoltà universitarie</w:t>
      </w:r>
      <w:r w:rsidR="00070EBB">
        <w:rPr>
          <w:rFonts w:ascii="Courier New" w:hAnsi="Courier New"/>
          <w:sz w:val="18"/>
          <w:lang w:val="it-IT"/>
        </w:rPr>
        <w:t>.</w:t>
      </w:r>
    </w:p>
    <w:p w14:paraId="416A9E2A" w14:textId="2425C407" w:rsidR="00B2222D" w:rsidRPr="00C03780" w:rsidRDefault="00000000">
      <w:pPr>
        <w:spacing w:after="20" w:line="240" w:lineRule="auto"/>
        <w:contextualSpacing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L'Accademia mette a</w:t>
      </w:r>
      <w:r w:rsidR="00070EBB">
        <w:rPr>
          <w:rFonts w:ascii="Courier New" w:hAnsi="Courier New"/>
          <w:sz w:val="18"/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>disposizione tutto il materiale di uso comune, nonché,</w:t>
      </w:r>
      <w:r w:rsidR="00070EBB">
        <w:rPr>
          <w:rFonts w:ascii="Courier New" w:hAnsi="Courier New"/>
          <w:sz w:val="18"/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>sotto sorveglianza dei docenti o di studenti indicati come "tutor", le</w:t>
      </w:r>
      <w:r w:rsidR="00070EBB">
        <w:rPr>
          <w:rFonts w:ascii="Courier New" w:hAnsi="Courier New"/>
          <w:sz w:val="18"/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>postazioni informatiche e di collegamento Internet.</w:t>
      </w:r>
    </w:p>
    <w:p w14:paraId="4100B056" w14:textId="194CF766" w:rsidR="00B2222D" w:rsidRPr="00C03780" w:rsidRDefault="00000000">
      <w:pPr>
        <w:spacing w:after="20" w:line="240" w:lineRule="auto"/>
        <w:contextualSpacing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 xml:space="preserve">I1 materiale di uso personale, sia inerente </w:t>
      </w:r>
      <w:r w:rsidR="00070EBB" w:rsidRPr="00C03780">
        <w:rPr>
          <w:rFonts w:ascii="Courier New" w:hAnsi="Courier New"/>
          <w:sz w:val="18"/>
          <w:lang w:val="it-IT"/>
        </w:rPr>
        <w:t>alle</w:t>
      </w:r>
      <w:r w:rsidRPr="00C03780">
        <w:rPr>
          <w:rFonts w:ascii="Courier New" w:hAnsi="Courier New"/>
          <w:sz w:val="18"/>
          <w:lang w:val="it-IT"/>
        </w:rPr>
        <w:t xml:space="preserve"> attività didattiche, sia</w:t>
      </w:r>
      <w:r w:rsidR="00070EBB">
        <w:rPr>
          <w:rFonts w:ascii="Courier New" w:hAnsi="Courier New"/>
          <w:sz w:val="18"/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>relativo alla propria sicurezza, sono esclusivamente a carico di ogni</w:t>
      </w:r>
      <w:r w:rsidR="00070EBB">
        <w:rPr>
          <w:rFonts w:ascii="Courier New" w:hAnsi="Courier New"/>
          <w:sz w:val="18"/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>singolo studente.</w:t>
      </w:r>
    </w:p>
    <w:p w14:paraId="1EAD2A6D" w14:textId="130B0FC3" w:rsidR="00B2222D" w:rsidRPr="00C03780" w:rsidRDefault="00000000">
      <w:pPr>
        <w:spacing w:after="20" w:line="240" w:lineRule="auto"/>
        <w:contextualSpacing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 xml:space="preserve">Sono </w:t>
      </w:r>
      <w:r w:rsidR="00070EBB" w:rsidRPr="00C03780">
        <w:rPr>
          <w:rFonts w:ascii="Courier New" w:hAnsi="Courier New"/>
          <w:sz w:val="18"/>
          <w:lang w:val="it-IT"/>
        </w:rPr>
        <w:t>anche</w:t>
      </w:r>
      <w:r w:rsidRPr="00C03780">
        <w:rPr>
          <w:rFonts w:ascii="Courier New" w:hAnsi="Courier New"/>
          <w:sz w:val="18"/>
          <w:lang w:val="it-IT"/>
        </w:rPr>
        <w:t xml:space="preserve"> a carico degli studenti le spese relative alla eventuale </w:t>
      </w:r>
      <w:r w:rsidR="00070EBB" w:rsidRPr="00C03780">
        <w:rPr>
          <w:rFonts w:ascii="Courier New" w:hAnsi="Courier New"/>
          <w:sz w:val="18"/>
          <w:lang w:val="it-IT"/>
        </w:rPr>
        <w:t>re</w:t>
      </w:r>
      <w:r w:rsidR="00070EBB">
        <w:rPr>
          <w:rFonts w:ascii="Courier New" w:hAnsi="Courier New"/>
          <w:sz w:val="18"/>
          <w:lang w:val="it-IT"/>
        </w:rPr>
        <w:t>a</w:t>
      </w:r>
      <w:r w:rsidR="00070EBB" w:rsidRPr="00C03780">
        <w:rPr>
          <w:rFonts w:ascii="Courier New" w:hAnsi="Courier New"/>
          <w:sz w:val="18"/>
          <w:lang w:val="it-IT"/>
        </w:rPr>
        <w:t>lizzazione</w:t>
      </w:r>
      <w:r w:rsidRPr="00C03780">
        <w:rPr>
          <w:rFonts w:ascii="Courier New" w:hAnsi="Courier New"/>
          <w:sz w:val="18"/>
          <w:lang w:val="it-IT"/>
        </w:rPr>
        <w:t xml:space="preserve"> di prototipi (design) o abiti (moda).</w:t>
      </w:r>
    </w:p>
    <w:p w14:paraId="7C6C33E0" w14:textId="3E7B42D7" w:rsidR="00B2222D" w:rsidRDefault="00000000" w:rsidP="00070EBB">
      <w:pPr>
        <w:spacing w:after="20" w:line="240" w:lineRule="auto"/>
        <w:contextualSpacing/>
        <w:rPr>
          <w:rFonts w:ascii="Courier New" w:hAnsi="Courier New"/>
          <w:sz w:val="18"/>
          <w:lang w:val="it-IT"/>
        </w:rPr>
      </w:pPr>
      <w:r w:rsidRPr="00C03780">
        <w:rPr>
          <w:rFonts w:ascii="Courier New" w:hAnsi="Courier New"/>
          <w:sz w:val="18"/>
          <w:lang w:val="it-IT"/>
        </w:rPr>
        <w:t xml:space="preserve">L'utilizzo di materiale o sostanze </w:t>
      </w:r>
      <w:r w:rsidR="00070EBB" w:rsidRPr="00C03780">
        <w:rPr>
          <w:rFonts w:ascii="Courier New" w:hAnsi="Courier New"/>
          <w:sz w:val="18"/>
          <w:lang w:val="it-IT"/>
        </w:rPr>
        <w:t>pericolose</w:t>
      </w:r>
      <w:r w:rsidRPr="00C03780">
        <w:rPr>
          <w:rFonts w:ascii="Courier New" w:hAnsi="Courier New"/>
          <w:sz w:val="18"/>
          <w:lang w:val="it-IT"/>
        </w:rPr>
        <w:t xml:space="preserve"> dovrà avvenire sotto responsabilità dei docenti specifici, unici autorizzati alla loro applicazione, e che provvederanno alla loro asportazione dalla scuola al termine di ogni lezione</w:t>
      </w:r>
      <w:r w:rsidR="00070EBB">
        <w:rPr>
          <w:rFonts w:ascii="Courier New" w:hAnsi="Courier New"/>
          <w:sz w:val="18"/>
          <w:lang w:val="it-IT"/>
        </w:rPr>
        <w:t>.</w:t>
      </w:r>
    </w:p>
    <w:p w14:paraId="752750A6" w14:textId="77777777" w:rsidR="00070EBB" w:rsidRPr="00C03780" w:rsidRDefault="00070EBB" w:rsidP="00070EBB">
      <w:pPr>
        <w:spacing w:after="20" w:line="240" w:lineRule="auto"/>
        <w:contextualSpacing/>
        <w:rPr>
          <w:lang w:val="it-IT"/>
        </w:rPr>
      </w:pPr>
    </w:p>
    <w:p w14:paraId="5E0F0924" w14:textId="1CB7BD9E" w:rsidR="00B2222D" w:rsidRDefault="00000000">
      <w:pPr>
        <w:spacing w:after="20" w:line="240" w:lineRule="auto"/>
        <w:rPr>
          <w:rFonts w:ascii="Courier New" w:hAnsi="Courier New"/>
          <w:sz w:val="18"/>
          <w:lang w:val="it-IT"/>
        </w:rPr>
      </w:pPr>
      <w:r w:rsidRPr="00C03780">
        <w:rPr>
          <w:rFonts w:ascii="Courier New" w:hAnsi="Courier New"/>
          <w:sz w:val="18"/>
          <w:lang w:val="it-IT"/>
        </w:rPr>
        <w:t>CUNEO, 01 luglio 2003</w:t>
      </w:r>
    </w:p>
    <w:p w14:paraId="14745C69" w14:textId="12744C4E" w:rsidR="00070EBB" w:rsidRPr="00C03780" w:rsidRDefault="00070EBB">
      <w:pPr>
        <w:spacing w:after="20" w:line="240" w:lineRule="auto"/>
        <w:rPr>
          <w:lang w:val="it-IT"/>
        </w:rPr>
      </w:pPr>
      <w:r>
        <w:rPr>
          <w:rFonts w:ascii="Courier New" w:hAnsi="Courier New"/>
          <w:sz w:val="18"/>
          <w:lang w:val="it-IT"/>
        </w:rPr>
        <w:t>Firmato in originale da</w:t>
      </w:r>
    </w:p>
    <w:p w14:paraId="1DC6F004" w14:textId="77777777" w:rsidR="00070EBB" w:rsidRDefault="00070EBB">
      <w:pPr>
        <w:spacing w:after="20" w:line="240" w:lineRule="auto"/>
        <w:rPr>
          <w:rFonts w:ascii="Courier New" w:hAnsi="Courier New"/>
          <w:sz w:val="18"/>
          <w:lang w:val="it-IT"/>
        </w:rPr>
      </w:pPr>
    </w:p>
    <w:p w14:paraId="01DE9228" w14:textId="56633F70" w:rsidR="00B2222D" w:rsidRPr="00C03780" w:rsidRDefault="00070EBB">
      <w:pPr>
        <w:spacing w:after="20" w:line="240" w:lineRule="auto"/>
        <w:rPr>
          <w:lang w:val="it-IT"/>
        </w:rPr>
      </w:pPr>
      <w:r>
        <w:rPr>
          <w:rFonts w:ascii="Courier New" w:hAnsi="Courier New"/>
          <w:sz w:val="18"/>
          <w:lang w:val="it-IT"/>
        </w:rPr>
        <w:t xml:space="preserve">IL PRESIDENTE: </w:t>
      </w:r>
      <w:r w:rsidRPr="00C03780">
        <w:rPr>
          <w:rFonts w:ascii="Courier New" w:hAnsi="Courier New"/>
          <w:sz w:val="18"/>
          <w:lang w:val="it-IT"/>
        </w:rPr>
        <w:t>Ann</w:t>
      </w:r>
      <w:r>
        <w:rPr>
          <w:rFonts w:ascii="Courier New" w:hAnsi="Courier New"/>
          <w:sz w:val="18"/>
          <w:lang w:val="it-IT"/>
        </w:rPr>
        <w:t>a</w:t>
      </w:r>
      <w:r w:rsidRPr="00C03780">
        <w:rPr>
          <w:rFonts w:ascii="Courier New" w:hAnsi="Courier New"/>
          <w:sz w:val="18"/>
          <w:lang w:val="it-IT"/>
        </w:rPr>
        <w:t>mar</w:t>
      </w:r>
      <w:r>
        <w:rPr>
          <w:rFonts w:ascii="Courier New" w:hAnsi="Courier New"/>
          <w:sz w:val="18"/>
          <w:lang w:val="it-IT"/>
        </w:rPr>
        <w:t>i</w:t>
      </w:r>
      <w:r w:rsidRPr="00C03780">
        <w:rPr>
          <w:rFonts w:ascii="Courier New" w:hAnsi="Courier New"/>
          <w:sz w:val="18"/>
          <w:lang w:val="it-IT"/>
        </w:rPr>
        <w:t>a Orzi</w:t>
      </w:r>
    </w:p>
    <w:p w14:paraId="67EA04B7" w14:textId="788BB00E" w:rsidR="00B2222D" w:rsidRPr="00C03780" w:rsidRDefault="00070EBB">
      <w:pPr>
        <w:spacing w:after="20" w:line="240" w:lineRule="auto"/>
        <w:rPr>
          <w:lang w:val="it-IT"/>
        </w:rPr>
      </w:pPr>
      <w:r>
        <w:rPr>
          <w:rFonts w:ascii="Courier New" w:hAnsi="Courier New"/>
          <w:sz w:val="18"/>
          <w:lang w:val="it-IT"/>
        </w:rPr>
        <w:t xml:space="preserve">IL </w:t>
      </w:r>
      <w:r w:rsidRPr="00C03780">
        <w:rPr>
          <w:rFonts w:ascii="Courier New" w:hAnsi="Courier New"/>
          <w:sz w:val="18"/>
          <w:lang w:val="it-IT"/>
        </w:rPr>
        <w:t>DIRETTO</w:t>
      </w:r>
      <w:r>
        <w:rPr>
          <w:rFonts w:ascii="Courier New" w:hAnsi="Courier New"/>
          <w:sz w:val="18"/>
          <w:lang w:val="it-IT"/>
        </w:rPr>
        <w:t>RE: Alberto Lucchini</w:t>
      </w:r>
    </w:p>
    <w:p w14:paraId="429E1E9B" w14:textId="7FA9B31B" w:rsidR="00070EBB" w:rsidRDefault="00070EBB">
      <w:pPr>
        <w:spacing w:after="20" w:line="240" w:lineRule="auto"/>
        <w:rPr>
          <w:rFonts w:ascii="Courier New" w:hAnsi="Courier New"/>
          <w:sz w:val="18"/>
          <w:lang w:val="it-IT"/>
        </w:rPr>
      </w:pPr>
      <w:r>
        <w:rPr>
          <w:rFonts w:ascii="Courier New" w:hAnsi="Courier New"/>
          <w:sz w:val="18"/>
          <w:lang w:val="it-IT"/>
        </w:rPr>
        <w:t xml:space="preserve">IL RAPPRESENTANTE DEI </w:t>
      </w:r>
      <w:r w:rsidRPr="00C03780">
        <w:rPr>
          <w:rFonts w:ascii="Courier New" w:hAnsi="Courier New"/>
          <w:sz w:val="18"/>
          <w:lang w:val="it-IT"/>
        </w:rPr>
        <w:t>DOCENTI</w:t>
      </w:r>
      <w:r>
        <w:rPr>
          <w:rFonts w:ascii="Courier New" w:hAnsi="Courier New"/>
          <w:sz w:val="18"/>
          <w:lang w:val="it-IT"/>
        </w:rPr>
        <w:t xml:space="preserve">: </w:t>
      </w:r>
      <w:r w:rsidRPr="00C03780">
        <w:rPr>
          <w:rFonts w:ascii="Courier New" w:hAnsi="Courier New"/>
          <w:sz w:val="18"/>
          <w:lang w:val="it-IT"/>
        </w:rPr>
        <w:t>Giuseppe Grosso</w:t>
      </w:r>
      <w:r>
        <w:rPr>
          <w:rFonts w:ascii="Courier New" w:hAnsi="Courier New"/>
          <w:sz w:val="18"/>
          <w:lang w:val="it-IT"/>
        </w:rPr>
        <w:t xml:space="preserve"> (</w:t>
      </w:r>
      <w:r w:rsidRPr="00C03780">
        <w:rPr>
          <w:rFonts w:ascii="Courier New" w:hAnsi="Courier New"/>
          <w:sz w:val="18"/>
          <w:lang w:val="it-IT"/>
        </w:rPr>
        <w:t>Docente di Teoria e Metodo</w:t>
      </w:r>
      <w:r>
        <w:rPr>
          <w:rFonts w:ascii="Courier New" w:hAnsi="Courier New"/>
          <w:sz w:val="18"/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>dei Mass-Media</w:t>
      </w:r>
      <w:r>
        <w:rPr>
          <w:rFonts w:ascii="Courier New" w:hAnsi="Courier New"/>
          <w:sz w:val="18"/>
          <w:lang w:val="it-IT"/>
        </w:rPr>
        <w:t>)</w:t>
      </w:r>
    </w:p>
    <w:p w14:paraId="18C52A59" w14:textId="102125F1" w:rsidR="00B2222D" w:rsidRPr="00C03780" w:rsidRDefault="00000000">
      <w:pPr>
        <w:spacing w:after="2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L'ESPERTO ESTERNO</w:t>
      </w:r>
      <w:r w:rsidR="00070EBB">
        <w:rPr>
          <w:rFonts w:ascii="Courier New" w:hAnsi="Courier New"/>
          <w:sz w:val="18"/>
          <w:lang w:val="it-IT"/>
        </w:rPr>
        <w:t xml:space="preserve">: </w:t>
      </w:r>
      <w:r w:rsidRPr="00C03780">
        <w:rPr>
          <w:rFonts w:ascii="Courier New" w:hAnsi="Courier New"/>
          <w:sz w:val="18"/>
          <w:lang w:val="it-IT"/>
        </w:rPr>
        <w:t>Giovanni Ferrero</w:t>
      </w:r>
      <w:r w:rsidR="00070EBB">
        <w:rPr>
          <w:rFonts w:ascii="Courier New" w:hAnsi="Courier New"/>
          <w:sz w:val="18"/>
          <w:lang w:val="it-IT"/>
        </w:rPr>
        <w:t xml:space="preserve"> (revisore dei conti</w:t>
      </w:r>
      <w:r w:rsidR="00F86190">
        <w:rPr>
          <w:rFonts w:ascii="Courier New" w:hAnsi="Courier New"/>
          <w:sz w:val="18"/>
          <w:lang w:val="it-IT"/>
        </w:rPr>
        <w:t xml:space="preserve">, </w:t>
      </w:r>
      <w:r w:rsidR="00070EBB">
        <w:rPr>
          <w:rFonts w:ascii="Courier New" w:hAnsi="Courier New"/>
          <w:sz w:val="18"/>
          <w:lang w:val="it-IT"/>
        </w:rPr>
        <w:t>ex Provveditore agli Studi</w:t>
      </w:r>
      <w:r w:rsidR="00F86190">
        <w:rPr>
          <w:rFonts w:ascii="Courier New" w:hAnsi="Courier New"/>
          <w:sz w:val="18"/>
          <w:lang w:val="it-IT"/>
        </w:rPr>
        <w:t>)</w:t>
      </w:r>
    </w:p>
    <w:p w14:paraId="008F47F7" w14:textId="4C5573AF" w:rsidR="00B2222D" w:rsidRPr="00C03780" w:rsidRDefault="00000000" w:rsidP="00F86190">
      <w:pPr>
        <w:spacing w:after="2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IL RAPPRESENTANTE DEGLI STUDENTI</w:t>
      </w:r>
      <w:r w:rsidR="00F86190">
        <w:rPr>
          <w:rFonts w:ascii="Courier New" w:hAnsi="Courier New"/>
          <w:sz w:val="18"/>
          <w:lang w:val="it-IT"/>
        </w:rPr>
        <w:t xml:space="preserve">: </w:t>
      </w:r>
      <w:proofErr w:type="spellStart"/>
      <w:r w:rsidR="00F86190">
        <w:rPr>
          <w:rFonts w:ascii="Courier New" w:hAnsi="Courier New"/>
          <w:sz w:val="18"/>
          <w:lang w:val="it-IT"/>
        </w:rPr>
        <w:t>F</w:t>
      </w:r>
      <w:r w:rsidRPr="00C03780">
        <w:rPr>
          <w:rFonts w:ascii="Courier New" w:hAnsi="Courier New"/>
          <w:sz w:val="18"/>
          <w:lang w:val="it-IT"/>
        </w:rPr>
        <w:t>ijodor</w:t>
      </w:r>
      <w:proofErr w:type="spellEnd"/>
      <w:r w:rsidRPr="00C03780">
        <w:rPr>
          <w:rFonts w:ascii="Courier New" w:hAnsi="Courier New"/>
          <w:sz w:val="18"/>
          <w:lang w:val="it-IT"/>
        </w:rPr>
        <w:t xml:space="preserve"> Benzo</w:t>
      </w:r>
      <w:r w:rsidRPr="00C03780">
        <w:rPr>
          <w:lang w:val="it-IT"/>
        </w:rPr>
        <w:br w:type="page"/>
      </w:r>
    </w:p>
    <w:p w14:paraId="6C396E72" w14:textId="0F670F56" w:rsidR="009916B5" w:rsidRDefault="009916B5" w:rsidP="009916B5">
      <w:pPr>
        <w:pStyle w:val="Titolo1"/>
        <w:rPr>
          <w:lang w:val="it-IT"/>
        </w:rPr>
      </w:pPr>
      <w:r w:rsidRPr="009916B5">
        <w:rPr>
          <w:lang w:val="it-IT"/>
        </w:rPr>
        <w:lastRenderedPageBreak/>
        <w:t xml:space="preserve">Modifiche statutarie Accademia di Belle Arti di </w:t>
      </w:r>
      <w:proofErr w:type="gramStart"/>
      <w:r w:rsidRPr="009916B5">
        <w:rPr>
          <w:lang w:val="it-IT"/>
        </w:rPr>
        <w:t>Cuneo</w:t>
      </w:r>
      <w:r w:rsidR="00905B62">
        <w:rPr>
          <w:lang w:val="it-IT"/>
        </w:rPr>
        <w:t xml:space="preserve"> </w:t>
      </w:r>
      <w:r>
        <w:rPr>
          <w:lang w:val="it-IT"/>
        </w:rPr>
        <w:t xml:space="preserve"> –</w:t>
      </w:r>
      <w:proofErr w:type="gramEnd"/>
      <w:r>
        <w:rPr>
          <w:lang w:val="it-IT"/>
        </w:rPr>
        <w:t xml:space="preserve"> </w:t>
      </w:r>
      <w:r w:rsidR="00905B62">
        <w:rPr>
          <w:lang w:val="it-IT"/>
        </w:rPr>
        <w:t xml:space="preserve"> 13</w:t>
      </w:r>
      <w:r>
        <w:rPr>
          <w:lang w:val="it-IT"/>
        </w:rPr>
        <w:t xml:space="preserve"> marzo 2023</w:t>
      </w:r>
    </w:p>
    <w:p w14:paraId="314A7B6D" w14:textId="622E2243" w:rsidR="009916B5" w:rsidRPr="00C03780" w:rsidRDefault="009916B5" w:rsidP="009916B5">
      <w:pPr>
        <w:spacing w:after="20" w:line="240" w:lineRule="auto"/>
        <w:rPr>
          <w:lang w:val="it-IT"/>
        </w:rPr>
      </w:pPr>
      <w:r>
        <w:rPr>
          <w:rFonts w:ascii="Courier New" w:hAnsi="Courier New"/>
          <w:sz w:val="18"/>
          <w:lang w:val="it-IT"/>
        </w:rPr>
        <w:t>(modifiche in funzione del Regolamento AFAM</w:t>
      </w:r>
      <w:r w:rsidRPr="00C03780">
        <w:rPr>
          <w:rFonts w:ascii="Courier New" w:hAnsi="Courier New"/>
          <w:sz w:val="18"/>
          <w:lang w:val="it-IT"/>
        </w:rPr>
        <w:t>, ai sensi del DPR n__132/2003</w:t>
      </w:r>
      <w:r>
        <w:rPr>
          <w:rFonts w:ascii="Courier New" w:hAnsi="Courier New"/>
          <w:sz w:val="18"/>
          <w:lang w:val="it-IT"/>
        </w:rPr>
        <w:t xml:space="preserve">. Comunicate, e da esso acquisite, al </w:t>
      </w:r>
      <w:r w:rsidRPr="00C03780">
        <w:rPr>
          <w:rFonts w:ascii="Courier New" w:hAnsi="Courier New"/>
          <w:sz w:val="18"/>
          <w:lang w:val="it-IT"/>
        </w:rPr>
        <w:t>MUR - Direzione generale delle istituzioni della formazione superiore</w:t>
      </w:r>
      <w:r>
        <w:rPr>
          <w:rFonts w:ascii="Courier New" w:hAnsi="Courier New"/>
          <w:sz w:val="18"/>
          <w:lang w:val="it-IT"/>
        </w:rPr>
        <w:t>)</w:t>
      </w:r>
    </w:p>
    <w:p w14:paraId="6FCD09E9" w14:textId="77777777" w:rsidR="00B2222D" w:rsidRPr="00C03780" w:rsidRDefault="00B2222D">
      <w:pPr>
        <w:spacing w:after="0"/>
        <w:rPr>
          <w:lang w:val="it-IT"/>
        </w:rPr>
      </w:pPr>
    </w:p>
    <w:p w14:paraId="193CAE4A" w14:textId="5780AEA2" w:rsidR="00B2222D" w:rsidRPr="00C03780" w:rsidRDefault="00000000">
      <w:pPr>
        <w:spacing w:after="2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Oggetto:</w:t>
      </w:r>
      <w:r w:rsidR="009916B5">
        <w:rPr>
          <w:rFonts w:ascii="Courier New" w:hAnsi="Courier New"/>
          <w:sz w:val="18"/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>comunicazione al MUR - Direzione generale delle istituzioni della formazione superiore -</w:t>
      </w:r>
      <w:r w:rsidR="009916B5">
        <w:rPr>
          <w:rFonts w:ascii="Courier New" w:hAnsi="Courier New"/>
          <w:sz w:val="18"/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 xml:space="preserve">Modifiche statutarie Accademia di Belle Arti di Cuneo </w:t>
      </w:r>
      <w:proofErr w:type="spellStart"/>
      <w:r w:rsidRPr="00C03780">
        <w:rPr>
          <w:rFonts w:ascii="Courier New" w:hAnsi="Courier New"/>
          <w:sz w:val="18"/>
          <w:lang w:val="it-IT"/>
        </w:rPr>
        <w:t>lr</w:t>
      </w:r>
      <w:proofErr w:type="spellEnd"/>
      <w:r w:rsidRPr="00C03780">
        <w:rPr>
          <w:rFonts w:ascii="Courier New" w:hAnsi="Courier New"/>
          <w:sz w:val="18"/>
          <w:lang w:val="it-IT"/>
        </w:rPr>
        <w:t>.</w:t>
      </w:r>
    </w:p>
    <w:p w14:paraId="47F70CA6" w14:textId="77777777" w:rsidR="00B2222D" w:rsidRPr="00C03780" w:rsidRDefault="00B2222D">
      <w:pPr>
        <w:spacing w:after="0"/>
        <w:rPr>
          <w:lang w:val="it-IT"/>
        </w:rPr>
      </w:pPr>
    </w:p>
    <w:p w14:paraId="6EFF7EB9" w14:textId="34D02146" w:rsidR="00B2222D" w:rsidRPr="00C03780" w:rsidRDefault="00000000" w:rsidP="009916B5">
      <w:pPr>
        <w:spacing w:after="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In data 04/03/2023, alle ore 16,30, presso i locali dell’Accademia di Belle Arti di Cuneo,</w:t>
      </w:r>
      <w:r w:rsidR="009916B5">
        <w:rPr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>in via Savigliano 8/B, si è svolta l'assemblea per le modifiche in oggetto.</w:t>
      </w:r>
    </w:p>
    <w:p w14:paraId="5AAD7631" w14:textId="77777777" w:rsidR="00B2222D" w:rsidRPr="00C03780" w:rsidRDefault="00B2222D" w:rsidP="009916B5">
      <w:pPr>
        <w:spacing w:after="0"/>
        <w:rPr>
          <w:lang w:val="it-IT"/>
        </w:rPr>
      </w:pPr>
    </w:p>
    <w:p w14:paraId="00FB37B7" w14:textId="257CACAF" w:rsidR="00B2222D" w:rsidRPr="00C03780" w:rsidRDefault="00000000" w:rsidP="009916B5">
      <w:pPr>
        <w:spacing w:after="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Con riferimento alla modifica dello statuto adottato dall'art. 29 del medesimo, sono stati</w:t>
      </w:r>
      <w:r w:rsidR="009916B5">
        <w:rPr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>Convocati dal Presidente e dal Direttore: il Consiglio Accademico, il Consiglio di</w:t>
      </w:r>
    </w:p>
    <w:p w14:paraId="32C7DFB9" w14:textId="7FC40897" w:rsidR="00B2222D" w:rsidRPr="00C03780" w:rsidRDefault="00000000" w:rsidP="009916B5">
      <w:pPr>
        <w:spacing w:after="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Amministrazione, il Collegio Docenti, la Consulta degli Studenti, i rappresentanti degli</w:t>
      </w:r>
    </w:p>
    <w:p w14:paraId="4B2CBEB1" w14:textId="77777777" w:rsidR="00B2222D" w:rsidRPr="00C03780" w:rsidRDefault="00000000" w:rsidP="009916B5">
      <w:pPr>
        <w:spacing w:after="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indirizzi di studio, alla presenza, altresì, di un componente esterno avv. Alessio Ghisolfi,</w:t>
      </w:r>
    </w:p>
    <w:p w14:paraId="12172900" w14:textId="796D16FD" w:rsidR="00B2222D" w:rsidRPr="00C03780" w:rsidRDefault="00000000" w:rsidP="009916B5">
      <w:pPr>
        <w:spacing w:after="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esperto in diritto civile e già Consulente Giuridico Diplomatico alla Vicepresidenza del</w:t>
      </w:r>
      <w:r w:rsidR="009916B5">
        <w:rPr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>Senato e del Parlamento Europeo e, non ultimo, esperto del mondo artistico attraverso</w:t>
      </w:r>
      <w:r w:rsidR="009916B5">
        <w:rPr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>studi e iniziative nel settore sia in ambito nazionale che internazionale.</w:t>
      </w:r>
    </w:p>
    <w:p w14:paraId="1D8CB028" w14:textId="77777777" w:rsidR="00B2222D" w:rsidRPr="00C03780" w:rsidRDefault="00B2222D" w:rsidP="009916B5">
      <w:pPr>
        <w:spacing w:after="0"/>
        <w:rPr>
          <w:lang w:val="it-IT"/>
        </w:rPr>
      </w:pPr>
    </w:p>
    <w:p w14:paraId="19BB0C1D" w14:textId="4B518C91" w:rsidR="00B2222D" w:rsidRDefault="00000000" w:rsidP="009916B5">
      <w:pPr>
        <w:spacing w:after="0" w:line="240" w:lineRule="auto"/>
        <w:rPr>
          <w:rFonts w:ascii="Courier New" w:hAnsi="Courier New"/>
          <w:sz w:val="18"/>
          <w:lang w:val="it-IT"/>
        </w:rPr>
      </w:pPr>
      <w:r w:rsidRPr="00C03780">
        <w:rPr>
          <w:rFonts w:ascii="Courier New" w:hAnsi="Courier New"/>
          <w:sz w:val="18"/>
          <w:lang w:val="it-IT"/>
        </w:rPr>
        <w:t>L'assemblea:</w:t>
      </w:r>
    </w:p>
    <w:p w14:paraId="6375D059" w14:textId="77777777" w:rsidR="009916B5" w:rsidRPr="00C03780" w:rsidRDefault="009916B5" w:rsidP="009916B5">
      <w:pPr>
        <w:spacing w:after="0" w:line="240" w:lineRule="auto"/>
        <w:rPr>
          <w:lang w:val="it-IT"/>
        </w:rPr>
      </w:pPr>
    </w:p>
    <w:p w14:paraId="37CC860F" w14:textId="77777777" w:rsidR="00B2222D" w:rsidRPr="00C03780" w:rsidRDefault="00000000" w:rsidP="009916B5">
      <w:pPr>
        <w:spacing w:after="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1) preso atto di quanto prescritto nella Vs. missiva, considerati gli obiettivi previsti</w:t>
      </w:r>
    </w:p>
    <w:p w14:paraId="73A54C62" w14:textId="77777777" w:rsidR="00B2222D" w:rsidRPr="00C03780" w:rsidRDefault="00000000" w:rsidP="009916B5">
      <w:pPr>
        <w:spacing w:after="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dalla normativa DPR 132/2003, art. 1 comma 2, pur non applicabili alle accademie</w:t>
      </w:r>
    </w:p>
    <w:p w14:paraId="5AA2085D" w14:textId="1C1443A3" w:rsidR="00B2222D" w:rsidRPr="00C03780" w:rsidRDefault="00000000" w:rsidP="009916B5">
      <w:pPr>
        <w:spacing w:after="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legalmente riconosciute, al fine di addivenire all’ indirizzo ed all’ orientamento</w:t>
      </w:r>
      <w:r w:rsidR="009916B5">
        <w:rPr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>proposto dal MUR, si sono comunque considerate le prescrizioni dalla S.V. proposte.</w:t>
      </w:r>
    </w:p>
    <w:p w14:paraId="1527D119" w14:textId="77777777" w:rsidR="00B2222D" w:rsidRPr="00C03780" w:rsidRDefault="00B2222D" w:rsidP="009916B5">
      <w:pPr>
        <w:spacing w:after="0"/>
        <w:rPr>
          <w:lang w:val="it-IT"/>
        </w:rPr>
      </w:pPr>
    </w:p>
    <w:p w14:paraId="338D627B" w14:textId="77777777" w:rsidR="00B2222D" w:rsidRPr="00C03780" w:rsidRDefault="00000000" w:rsidP="009916B5">
      <w:pPr>
        <w:spacing w:after="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2) decide di inoltrare la seguente nota.</w:t>
      </w:r>
    </w:p>
    <w:p w14:paraId="5207DD94" w14:textId="77777777" w:rsidR="00B2222D" w:rsidRPr="00C03780" w:rsidRDefault="00B2222D" w:rsidP="009916B5">
      <w:pPr>
        <w:spacing w:after="0"/>
        <w:rPr>
          <w:lang w:val="it-IT"/>
        </w:rPr>
      </w:pPr>
    </w:p>
    <w:p w14:paraId="3C12AAD6" w14:textId="00484BD2" w:rsidR="00B2222D" w:rsidRPr="00C03780" w:rsidRDefault="00000000" w:rsidP="009916B5">
      <w:pPr>
        <w:spacing w:after="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 xml:space="preserve">L'attuale </w:t>
      </w:r>
      <w:r w:rsidR="00061EA6" w:rsidRPr="00C03780">
        <w:rPr>
          <w:rFonts w:ascii="Courier New" w:hAnsi="Courier New"/>
          <w:sz w:val="18"/>
          <w:lang w:val="it-IT"/>
        </w:rPr>
        <w:t>Direttore,</w:t>
      </w:r>
      <w:r w:rsidRPr="00C03780">
        <w:rPr>
          <w:rFonts w:ascii="Courier New" w:hAnsi="Courier New"/>
          <w:sz w:val="18"/>
          <w:lang w:val="it-IT"/>
        </w:rPr>
        <w:t xml:space="preserve"> oltre che fondatore dell’Accademia, è un professionista nel settore del</w:t>
      </w:r>
      <w:r w:rsidR="009916B5">
        <w:rPr>
          <w:rFonts w:ascii="Courier New" w:hAnsi="Courier New"/>
          <w:sz w:val="18"/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 xml:space="preserve">Design e dell’architettura, iscritto </w:t>
      </w:r>
      <w:r w:rsidR="009916B5" w:rsidRPr="00C03780">
        <w:rPr>
          <w:rFonts w:ascii="Courier New" w:hAnsi="Courier New"/>
          <w:sz w:val="18"/>
          <w:lang w:val="it-IT"/>
        </w:rPr>
        <w:t>all’ordine</w:t>
      </w:r>
      <w:r w:rsidRPr="00C03780">
        <w:rPr>
          <w:rFonts w:ascii="Courier New" w:hAnsi="Courier New"/>
          <w:sz w:val="18"/>
          <w:lang w:val="it-IT"/>
        </w:rPr>
        <w:t xml:space="preserve"> degli Architetti di Cuneo, critico d’arte e</w:t>
      </w:r>
    </w:p>
    <w:p w14:paraId="1055329F" w14:textId="7D2956AF" w:rsidR="00B2222D" w:rsidRPr="00C03780" w:rsidRDefault="00000000" w:rsidP="009916B5">
      <w:pPr>
        <w:spacing w:after="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organizzatore di eventi nel Principato di Monaco e già docente di ruolo in istituti</w:t>
      </w:r>
      <w:r w:rsidR="00061EA6">
        <w:rPr>
          <w:rFonts w:ascii="Courier New" w:hAnsi="Courier New"/>
          <w:sz w:val="18"/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>artistici</w:t>
      </w:r>
      <w:r w:rsidR="00061EA6">
        <w:rPr>
          <w:rFonts w:ascii="Courier New" w:hAnsi="Courier New"/>
          <w:sz w:val="18"/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>superiori, dopo aver frequentato il Liceo Artistico di Brera ha conseguito la laurea in</w:t>
      </w:r>
      <w:r w:rsidR="00061EA6">
        <w:rPr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>Architettura e la relativa abilitazione professionale presso il Politecnico di Milano.</w:t>
      </w:r>
    </w:p>
    <w:p w14:paraId="51D66D73" w14:textId="1E8A96F6" w:rsidR="00B2222D" w:rsidRPr="00C03780" w:rsidRDefault="00000000" w:rsidP="009916B5">
      <w:pPr>
        <w:spacing w:after="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Il Direttore, in base alla convenzione stipulata il 18/06/22 con</w:t>
      </w:r>
      <w:r w:rsidR="00061EA6">
        <w:rPr>
          <w:rFonts w:ascii="Courier New" w:hAnsi="Courier New"/>
          <w:sz w:val="18"/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>il Dipartimento di Filosofia</w:t>
      </w:r>
      <w:r w:rsidR="00061EA6">
        <w:rPr>
          <w:rFonts w:ascii="Courier New" w:hAnsi="Courier New"/>
          <w:sz w:val="18"/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>e</w:t>
      </w:r>
      <w:r w:rsidR="00061EA6">
        <w:rPr>
          <w:rFonts w:ascii="Courier New" w:hAnsi="Courier New"/>
          <w:sz w:val="18"/>
          <w:lang w:val="it-IT"/>
        </w:rPr>
        <w:t xml:space="preserve"> </w:t>
      </w:r>
      <w:r w:rsidR="00061EA6" w:rsidRPr="00C03780">
        <w:rPr>
          <w:rFonts w:ascii="Courier New" w:hAnsi="Courier New"/>
          <w:sz w:val="18"/>
          <w:lang w:val="it-IT"/>
        </w:rPr>
        <w:t>Scienza dell’Educazione</w:t>
      </w:r>
      <w:r w:rsidRPr="00C03780">
        <w:rPr>
          <w:rFonts w:ascii="Courier New" w:hAnsi="Courier New"/>
          <w:sz w:val="18"/>
          <w:lang w:val="it-IT"/>
        </w:rPr>
        <w:t xml:space="preserve">, </w:t>
      </w:r>
      <w:r w:rsidR="00061EA6" w:rsidRPr="00C03780">
        <w:rPr>
          <w:rFonts w:ascii="Courier New" w:hAnsi="Courier New"/>
          <w:sz w:val="18"/>
          <w:lang w:val="it-IT"/>
        </w:rPr>
        <w:t>dell’Università</w:t>
      </w:r>
      <w:r w:rsidRPr="00C03780">
        <w:rPr>
          <w:rFonts w:ascii="Courier New" w:hAnsi="Courier New"/>
          <w:sz w:val="18"/>
          <w:lang w:val="it-IT"/>
        </w:rPr>
        <w:t xml:space="preserve"> Statale di Torino, </w:t>
      </w:r>
      <w:r w:rsidR="00061EA6" w:rsidRPr="00C03780">
        <w:rPr>
          <w:rFonts w:ascii="Courier New" w:hAnsi="Courier New"/>
          <w:sz w:val="18"/>
          <w:lang w:val="it-IT"/>
        </w:rPr>
        <w:t>nell’ambito</w:t>
      </w:r>
      <w:r w:rsidRPr="00C03780">
        <w:rPr>
          <w:rFonts w:ascii="Courier New" w:hAnsi="Courier New"/>
          <w:sz w:val="18"/>
          <w:lang w:val="it-IT"/>
        </w:rPr>
        <w:t xml:space="preserve"> della</w:t>
      </w:r>
      <w:r w:rsidR="00061EA6">
        <w:rPr>
          <w:rFonts w:ascii="Courier New" w:hAnsi="Courier New"/>
          <w:sz w:val="18"/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>internazionalizzazione delle attività dell’Accademia ha già avviato con l’</w:t>
      </w:r>
      <w:proofErr w:type="spellStart"/>
      <w:r w:rsidRPr="00C03780">
        <w:rPr>
          <w:rFonts w:ascii="Courier New" w:hAnsi="Courier New"/>
          <w:sz w:val="18"/>
          <w:lang w:val="it-IT"/>
        </w:rPr>
        <w:t>Education</w:t>
      </w:r>
      <w:proofErr w:type="spellEnd"/>
      <w:r w:rsidRPr="00C03780">
        <w:rPr>
          <w:rFonts w:ascii="Courier New" w:hAnsi="Courier New"/>
          <w:sz w:val="18"/>
          <w:lang w:val="it-IT"/>
        </w:rPr>
        <w:t xml:space="preserve"> </w:t>
      </w:r>
      <w:proofErr w:type="spellStart"/>
      <w:r w:rsidRPr="00C03780">
        <w:rPr>
          <w:rFonts w:ascii="Courier New" w:hAnsi="Courier New"/>
          <w:sz w:val="18"/>
          <w:lang w:val="it-IT"/>
        </w:rPr>
        <w:t>Publique</w:t>
      </w:r>
      <w:proofErr w:type="spellEnd"/>
      <w:r w:rsidR="00061EA6">
        <w:rPr>
          <w:rFonts w:ascii="Courier New" w:hAnsi="Courier New"/>
          <w:sz w:val="18"/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>del</w:t>
      </w:r>
      <w:r w:rsidR="00061EA6">
        <w:rPr>
          <w:rFonts w:ascii="Courier New" w:hAnsi="Courier New"/>
          <w:sz w:val="18"/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>Principato di Monaco il progetto di attivazione di una sede con ordinamento americano.</w:t>
      </w:r>
    </w:p>
    <w:p w14:paraId="50522611" w14:textId="77777777" w:rsidR="00B2222D" w:rsidRPr="00C03780" w:rsidRDefault="00000000" w:rsidP="009916B5">
      <w:pPr>
        <w:spacing w:after="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Pur tenendo conto della normativa che prevede la triennalità della carica della figura del</w:t>
      </w:r>
    </w:p>
    <w:p w14:paraId="1FF6C2FE" w14:textId="37B1267B" w:rsidR="00B2222D" w:rsidRDefault="00000000" w:rsidP="00061EA6">
      <w:pPr>
        <w:spacing w:after="0" w:line="240" w:lineRule="auto"/>
        <w:rPr>
          <w:rFonts w:ascii="Courier New" w:hAnsi="Courier New"/>
          <w:sz w:val="18"/>
          <w:lang w:val="it-IT"/>
        </w:rPr>
      </w:pPr>
      <w:r w:rsidRPr="00C03780">
        <w:rPr>
          <w:rFonts w:ascii="Courier New" w:hAnsi="Courier New"/>
          <w:sz w:val="18"/>
          <w:lang w:val="it-IT"/>
        </w:rPr>
        <w:t>Direttore è necessario anche preservare la continuità e la garanzia di competenza per</w:t>
      </w:r>
      <w:r w:rsidR="00061EA6">
        <w:rPr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 xml:space="preserve">un ottimale funzionamento </w:t>
      </w:r>
      <w:r w:rsidR="00061EA6" w:rsidRPr="00C03780">
        <w:rPr>
          <w:rFonts w:ascii="Courier New" w:hAnsi="Courier New"/>
          <w:sz w:val="18"/>
          <w:lang w:val="it-IT"/>
        </w:rPr>
        <w:t>dell’Istituzione,</w:t>
      </w:r>
      <w:r w:rsidRPr="00C03780">
        <w:rPr>
          <w:rFonts w:ascii="Courier New" w:hAnsi="Courier New"/>
          <w:sz w:val="18"/>
          <w:lang w:val="it-IT"/>
        </w:rPr>
        <w:t xml:space="preserve"> come è fino ad ora avvenuto presso questa</w:t>
      </w:r>
      <w:r w:rsidR="00061EA6">
        <w:rPr>
          <w:rFonts w:ascii="Courier New" w:hAnsi="Courier New"/>
          <w:sz w:val="18"/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 xml:space="preserve">Accademia, dove docenti e studenti hanno trovato un </w:t>
      </w:r>
      <w:r w:rsidR="00061EA6" w:rsidRPr="00C03780">
        <w:rPr>
          <w:rFonts w:ascii="Courier New" w:hAnsi="Courier New"/>
          <w:sz w:val="18"/>
          <w:lang w:val="it-IT"/>
        </w:rPr>
        <w:t>riferimento,</w:t>
      </w:r>
      <w:r w:rsidRPr="00C03780">
        <w:rPr>
          <w:rFonts w:ascii="Courier New" w:hAnsi="Courier New"/>
          <w:sz w:val="18"/>
          <w:lang w:val="it-IT"/>
        </w:rPr>
        <w:t xml:space="preserve"> una guida e una</w:t>
      </w:r>
      <w:r w:rsidR="00061EA6">
        <w:rPr>
          <w:rFonts w:ascii="Courier New" w:hAnsi="Courier New"/>
          <w:sz w:val="18"/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>disponibilità non facilmente sostituibili</w:t>
      </w:r>
      <w:r w:rsidR="00061EA6">
        <w:rPr>
          <w:rFonts w:ascii="Courier New" w:hAnsi="Courier New"/>
          <w:sz w:val="18"/>
          <w:lang w:val="it-IT"/>
        </w:rPr>
        <w:t>.</w:t>
      </w:r>
    </w:p>
    <w:p w14:paraId="77FC7CB8" w14:textId="77777777" w:rsidR="00061EA6" w:rsidRPr="00C03780" w:rsidRDefault="00061EA6" w:rsidP="00061EA6">
      <w:pPr>
        <w:spacing w:after="0" w:line="240" w:lineRule="auto"/>
        <w:rPr>
          <w:lang w:val="it-IT"/>
        </w:rPr>
      </w:pPr>
    </w:p>
    <w:p w14:paraId="58A34C22" w14:textId="77777777" w:rsidR="00B2222D" w:rsidRPr="00C03780" w:rsidRDefault="00000000" w:rsidP="009916B5">
      <w:pPr>
        <w:spacing w:after="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Art. 13</w:t>
      </w:r>
    </w:p>
    <w:p w14:paraId="79A633A1" w14:textId="77777777" w:rsidR="00B2222D" w:rsidRPr="00C03780" w:rsidRDefault="00000000" w:rsidP="009916B5">
      <w:pPr>
        <w:spacing w:after="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CONSIGLIO DI AMMINISTRAZIONE</w:t>
      </w:r>
    </w:p>
    <w:p w14:paraId="78179747" w14:textId="77777777" w:rsidR="00B2222D" w:rsidRPr="00C03780" w:rsidRDefault="00B2222D" w:rsidP="009916B5">
      <w:pPr>
        <w:spacing w:after="0"/>
        <w:rPr>
          <w:lang w:val="it-IT"/>
        </w:rPr>
      </w:pPr>
    </w:p>
    <w:p w14:paraId="3C137F4C" w14:textId="77777777" w:rsidR="00B2222D" w:rsidRPr="00C03780" w:rsidRDefault="00000000" w:rsidP="009916B5">
      <w:pPr>
        <w:spacing w:after="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1 - il Consiglio di Amministrazione è composto da cinque componenti.</w:t>
      </w:r>
    </w:p>
    <w:p w14:paraId="53074DDE" w14:textId="77777777" w:rsidR="00B2222D" w:rsidRPr="00C03780" w:rsidRDefault="00000000" w:rsidP="009916B5">
      <w:pPr>
        <w:spacing w:after="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2- Fanno parte del Consiglio di Amministrazione:</w:t>
      </w:r>
    </w:p>
    <w:p w14:paraId="596A9948" w14:textId="77777777" w:rsidR="00B2222D" w:rsidRPr="00C03780" w:rsidRDefault="00000000" w:rsidP="00061EA6">
      <w:pPr>
        <w:spacing w:after="0" w:line="240" w:lineRule="auto"/>
        <w:ind w:left="284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a- il Presidente;</w:t>
      </w:r>
    </w:p>
    <w:p w14:paraId="0537AE14" w14:textId="77777777" w:rsidR="00B2222D" w:rsidRPr="00C03780" w:rsidRDefault="00000000" w:rsidP="00061EA6">
      <w:pPr>
        <w:spacing w:after="0" w:line="240" w:lineRule="auto"/>
        <w:ind w:left="284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b- il Direttore;</w:t>
      </w:r>
    </w:p>
    <w:p w14:paraId="498DBD2C" w14:textId="1D64D82F" w:rsidR="00B2222D" w:rsidRPr="00C03780" w:rsidRDefault="00000000" w:rsidP="00061EA6">
      <w:pPr>
        <w:spacing w:after="0" w:line="240" w:lineRule="auto"/>
        <w:ind w:left="284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c- un docente dell'Istituzione,</w:t>
      </w:r>
      <w:r w:rsidR="00061EA6">
        <w:rPr>
          <w:rFonts w:ascii="Courier New" w:hAnsi="Courier New"/>
          <w:sz w:val="18"/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>oltre al Direttore, designato dal Consiglio Accademico;</w:t>
      </w:r>
    </w:p>
    <w:p w14:paraId="3A0BD6E3" w14:textId="77777777" w:rsidR="00B2222D" w:rsidRPr="00C03780" w:rsidRDefault="00000000" w:rsidP="00061EA6">
      <w:pPr>
        <w:spacing w:after="0" w:line="240" w:lineRule="auto"/>
        <w:ind w:left="284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d- uno studente designato dalla Consulta degli Studenti;</w:t>
      </w:r>
    </w:p>
    <w:p w14:paraId="6AC0C97B" w14:textId="1066A28B" w:rsidR="00B2222D" w:rsidRPr="00C03780" w:rsidRDefault="00000000" w:rsidP="00061EA6">
      <w:pPr>
        <w:spacing w:after="0" w:line="240" w:lineRule="auto"/>
        <w:ind w:left="284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e- un esperto di amministrazione, nominato dal Presidente e dal Direttore, scelto</w:t>
      </w:r>
      <w:r w:rsidR="00061EA6">
        <w:rPr>
          <w:rFonts w:ascii="Courier New" w:hAnsi="Courier New"/>
          <w:sz w:val="18"/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>fra</w:t>
      </w:r>
    </w:p>
    <w:p w14:paraId="00FE565E" w14:textId="77777777" w:rsidR="00B2222D" w:rsidRPr="00C03780" w:rsidRDefault="00000000" w:rsidP="00061EA6">
      <w:pPr>
        <w:spacing w:after="0" w:line="240" w:lineRule="auto"/>
        <w:ind w:left="284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personalità del mondo dell'arte e della cultura, del sistema produttivo e sociale, delle</w:t>
      </w:r>
    </w:p>
    <w:p w14:paraId="38441018" w14:textId="77777777" w:rsidR="00B2222D" w:rsidRPr="00C03780" w:rsidRDefault="00000000" w:rsidP="00061EA6">
      <w:pPr>
        <w:spacing w:after="0" w:line="240" w:lineRule="auto"/>
        <w:ind w:left="284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professioni e degli enti pubblici e privati.</w:t>
      </w:r>
    </w:p>
    <w:p w14:paraId="54BD94DA" w14:textId="74F83ADC" w:rsidR="00B2222D" w:rsidRPr="00C03780" w:rsidRDefault="00000000" w:rsidP="00061EA6">
      <w:pPr>
        <w:spacing w:after="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3- l’esperto di amministrazione rimane in carica fino alla scadenza triennale dell'intero</w:t>
      </w:r>
    </w:p>
    <w:p w14:paraId="0804424B" w14:textId="6D846068" w:rsidR="00B2222D" w:rsidRPr="00C03780" w:rsidRDefault="00061EA6" w:rsidP="009916B5">
      <w:pPr>
        <w:spacing w:after="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Organ</w:t>
      </w:r>
      <w:r>
        <w:rPr>
          <w:rFonts w:ascii="Courier New" w:hAnsi="Courier New"/>
          <w:sz w:val="18"/>
          <w:lang w:val="it-IT"/>
        </w:rPr>
        <w:t>o;</w:t>
      </w:r>
    </w:p>
    <w:p w14:paraId="31134FC8" w14:textId="4D702229" w:rsidR="00B2222D" w:rsidRPr="00C03780" w:rsidRDefault="00000000" w:rsidP="009916B5">
      <w:pPr>
        <w:spacing w:after="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4-</w:t>
      </w:r>
      <w:r w:rsidR="00061EA6">
        <w:rPr>
          <w:rFonts w:ascii="Courier New" w:hAnsi="Courier New"/>
          <w:sz w:val="18"/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>al Consiglio di Amministrazione partecipa il Direttore Amministrativo con voto</w:t>
      </w:r>
    </w:p>
    <w:p w14:paraId="4CE87E87" w14:textId="39381B54" w:rsidR="00B2222D" w:rsidRPr="00C03780" w:rsidRDefault="00061EA6" w:rsidP="009916B5">
      <w:pPr>
        <w:spacing w:after="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consultivo;</w:t>
      </w:r>
    </w:p>
    <w:p w14:paraId="6820A8C1" w14:textId="078858A5" w:rsidR="00B2222D" w:rsidRPr="00C03780" w:rsidRDefault="00000000" w:rsidP="009916B5">
      <w:pPr>
        <w:spacing w:after="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 xml:space="preserve">5- il Consiglio di </w:t>
      </w:r>
      <w:r w:rsidR="00061EA6" w:rsidRPr="00C03780">
        <w:rPr>
          <w:rFonts w:ascii="Courier New" w:hAnsi="Courier New"/>
          <w:sz w:val="18"/>
          <w:lang w:val="it-IT"/>
        </w:rPr>
        <w:t>Amministrazione,</w:t>
      </w:r>
      <w:r w:rsidRPr="00C03780">
        <w:rPr>
          <w:rFonts w:ascii="Courier New" w:hAnsi="Courier New"/>
          <w:sz w:val="18"/>
          <w:lang w:val="it-IT"/>
        </w:rPr>
        <w:t xml:space="preserve"> in attuazione delle linee di intervento e sviluppo</w:t>
      </w:r>
    </w:p>
    <w:p w14:paraId="47F6EC39" w14:textId="77777777" w:rsidR="00B2222D" w:rsidRPr="00C03780" w:rsidRDefault="00000000" w:rsidP="009916B5">
      <w:pPr>
        <w:spacing w:after="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della didattica, della ricerca e della produzione definite dal Consiglio Accademico,</w:t>
      </w:r>
    </w:p>
    <w:p w14:paraId="66D12710" w14:textId="77777777" w:rsidR="00B2222D" w:rsidRPr="00C03780" w:rsidRDefault="00000000" w:rsidP="009916B5">
      <w:pPr>
        <w:spacing w:after="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stabilisce gli obiettivi ed i programmi della gestione amministrativa e promuove</w:t>
      </w:r>
    </w:p>
    <w:p w14:paraId="00D48149" w14:textId="3725610B" w:rsidR="00B2222D" w:rsidRPr="00C03780" w:rsidRDefault="00000000" w:rsidP="009916B5">
      <w:pPr>
        <w:spacing w:after="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lastRenderedPageBreak/>
        <w:t xml:space="preserve">le iniziative volte a potenziare le dotazioni finanziarie </w:t>
      </w:r>
      <w:r w:rsidR="00061EA6" w:rsidRPr="00C03780">
        <w:rPr>
          <w:rFonts w:ascii="Courier New" w:hAnsi="Courier New"/>
          <w:sz w:val="18"/>
          <w:lang w:val="it-IT"/>
        </w:rPr>
        <w:t>dell’Istituzione</w:t>
      </w:r>
      <w:r w:rsidRPr="00C03780">
        <w:rPr>
          <w:rFonts w:ascii="Courier New" w:hAnsi="Courier New"/>
          <w:sz w:val="18"/>
          <w:lang w:val="it-IT"/>
        </w:rPr>
        <w:t>;</w:t>
      </w:r>
    </w:p>
    <w:p w14:paraId="3C037FFA" w14:textId="71ED9EFC" w:rsidR="00B2222D" w:rsidRPr="00C03780" w:rsidRDefault="00000000" w:rsidP="00061EA6">
      <w:pPr>
        <w:spacing w:after="0" w:line="240" w:lineRule="auto"/>
        <w:ind w:left="284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In</w:t>
      </w:r>
      <w:r w:rsidR="00061EA6">
        <w:rPr>
          <w:rFonts w:ascii="Courier New" w:hAnsi="Courier New"/>
          <w:sz w:val="18"/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>particolare:</w:t>
      </w:r>
    </w:p>
    <w:p w14:paraId="68842F6D" w14:textId="3FDD3792" w:rsidR="00B2222D" w:rsidRPr="00C03780" w:rsidRDefault="00000000" w:rsidP="00061EA6">
      <w:pPr>
        <w:spacing w:after="0" w:line="240" w:lineRule="auto"/>
        <w:ind w:left="284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a- delibera, sentito il Consiglio Accademico, lo statuto ed i regolamenti di gestione e</w:t>
      </w:r>
    </w:p>
    <w:p w14:paraId="321C6069" w14:textId="77777777" w:rsidR="00B2222D" w:rsidRPr="00C03780" w:rsidRDefault="00000000" w:rsidP="00061EA6">
      <w:pPr>
        <w:spacing w:after="0" w:line="240" w:lineRule="auto"/>
        <w:ind w:left="284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organizzazione;</w:t>
      </w:r>
    </w:p>
    <w:p w14:paraId="1AA6DB14" w14:textId="77777777" w:rsidR="00B2222D" w:rsidRPr="00C03780" w:rsidRDefault="00000000" w:rsidP="00061EA6">
      <w:pPr>
        <w:spacing w:after="0" w:line="240" w:lineRule="auto"/>
        <w:ind w:left="284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b- definisce, in attuazione del piano di indirizzo di cui all’art.14, comma 3, lettera a, la</w:t>
      </w:r>
    </w:p>
    <w:p w14:paraId="0E2F58E6" w14:textId="77777777" w:rsidR="00B2222D" w:rsidRPr="00C03780" w:rsidRDefault="00000000" w:rsidP="00061EA6">
      <w:pPr>
        <w:spacing w:after="0" w:line="240" w:lineRule="auto"/>
        <w:ind w:left="284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programmazione della gestione economica dell'Istituzione;</w:t>
      </w:r>
    </w:p>
    <w:p w14:paraId="3A384145" w14:textId="77777777" w:rsidR="00B2222D" w:rsidRPr="00C03780" w:rsidRDefault="00000000" w:rsidP="00061EA6">
      <w:pPr>
        <w:spacing w:after="0" w:line="240" w:lineRule="auto"/>
        <w:ind w:left="284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c- approva il bilancio di previsione, le relative variazioni e il rendiconto consuntivo;</w:t>
      </w:r>
    </w:p>
    <w:p w14:paraId="1F4061D6" w14:textId="24A9B50E" w:rsidR="00B2222D" w:rsidRPr="00C03780" w:rsidRDefault="00000000" w:rsidP="00061EA6">
      <w:pPr>
        <w:spacing w:after="0" w:line="240" w:lineRule="auto"/>
        <w:ind w:left="284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d- definisce, nei limiti della disponibilità di bilancio e, su proposta del Consiglio</w:t>
      </w:r>
    </w:p>
    <w:p w14:paraId="03F61BFF" w14:textId="14BD5E74" w:rsidR="00B2222D" w:rsidRPr="00C03780" w:rsidRDefault="00000000" w:rsidP="00061EA6">
      <w:pPr>
        <w:spacing w:after="0" w:line="240" w:lineRule="auto"/>
        <w:ind w:left="284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Accademico, l’organico del personale docente per le attività didattiche e di ricerca,</w:t>
      </w:r>
    </w:p>
    <w:p w14:paraId="139CC388" w14:textId="77777777" w:rsidR="00B2222D" w:rsidRPr="00C03780" w:rsidRDefault="00000000" w:rsidP="00061EA6">
      <w:pPr>
        <w:spacing w:after="0" w:line="240" w:lineRule="auto"/>
        <w:ind w:left="284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nonché il personale non docente;</w:t>
      </w:r>
    </w:p>
    <w:p w14:paraId="7E6ACC71" w14:textId="77777777" w:rsidR="00B2222D" w:rsidRPr="00C03780" w:rsidRDefault="00000000" w:rsidP="00061EA6">
      <w:pPr>
        <w:spacing w:after="0" w:line="240" w:lineRule="auto"/>
        <w:ind w:left="284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e- vigila sulla conservazione e valorizzazione del patrimonio immobiliare dell’Istituzione,</w:t>
      </w:r>
    </w:p>
    <w:p w14:paraId="62320D5A" w14:textId="47E14019" w:rsidR="00B2222D" w:rsidRPr="00C03780" w:rsidRDefault="00061EA6" w:rsidP="00061EA6">
      <w:pPr>
        <w:spacing w:after="0" w:line="240" w:lineRule="auto"/>
        <w:ind w:left="284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tenuto conto delle esigenze didattiche, scientifiche e di ricerca derivanti dal piano di</w:t>
      </w:r>
    </w:p>
    <w:p w14:paraId="35371887" w14:textId="77777777" w:rsidR="00B2222D" w:rsidRPr="00C03780" w:rsidRDefault="00000000" w:rsidP="00061EA6">
      <w:pPr>
        <w:spacing w:after="0" w:line="240" w:lineRule="auto"/>
        <w:ind w:left="284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indirizzo determinato dal Consiglio Accademico;</w:t>
      </w:r>
    </w:p>
    <w:p w14:paraId="2A14299C" w14:textId="0CF82AED" w:rsidR="00B2222D" w:rsidRPr="00C03780" w:rsidRDefault="00000000" w:rsidP="009916B5">
      <w:pPr>
        <w:spacing w:after="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6- nelle deliberazioni del Consiglio di Amministrazione, in caso di parità di voti, prevale il</w:t>
      </w:r>
      <w:r w:rsidR="00061EA6">
        <w:rPr>
          <w:rFonts w:ascii="Courier New" w:hAnsi="Courier New"/>
          <w:sz w:val="18"/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>voto espresso dal Presidente.</w:t>
      </w:r>
    </w:p>
    <w:p w14:paraId="628D10D3" w14:textId="77777777" w:rsidR="00B2222D" w:rsidRPr="00C03780" w:rsidRDefault="00B2222D" w:rsidP="009916B5">
      <w:pPr>
        <w:spacing w:after="0"/>
        <w:rPr>
          <w:lang w:val="it-IT"/>
        </w:rPr>
      </w:pPr>
    </w:p>
    <w:p w14:paraId="58CB4F9C" w14:textId="77777777" w:rsidR="00B2222D" w:rsidRPr="00C03780" w:rsidRDefault="00000000" w:rsidP="009916B5">
      <w:pPr>
        <w:spacing w:after="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I membri del Consiglio di Amministrazione, tranne il Presidente, durano in carica</w:t>
      </w:r>
    </w:p>
    <w:p w14:paraId="1A18C96B" w14:textId="49EAC83E" w:rsidR="00B2222D" w:rsidRPr="00C03780" w:rsidRDefault="00061EA6" w:rsidP="00061EA6">
      <w:pPr>
        <w:spacing w:after="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tre anni</w:t>
      </w:r>
      <w:r>
        <w:rPr>
          <w:rFonts w:ascii="Courier New" w:hAnsi="Courier New"/>
          <w:sz w:val="18"/>
          <w:lang w:val="it-IT"/>
        </w:rPr>
        <w:t>.</w:t>
      </w:r>
    </w:p>
    <w:p w14:paraId="50B3DD7C" w14:textId="77777777" w:rsidR="00061EA6" w:rsidRDefault="00061EA6" w:rsidP="009916B5">
      <w:pPr>
        <w:spacing w:after="0" w:line="240" w:lineRule="auto"/>
        <w:rPr>
          <w:rFonts w:ascii="Courier New" w:hAnsi="Courier New"/>
          <w:sz w:val="18"/>
          <w:lang w:val="it-IT"/>
        </w:rPr>
      </w:pPr>
    </w:p>
    <w:p w14:paraId="7CE51B9E" w14:textId="4F10C073" w:rsidR="00B2222D" w:rsidRPr="00C03780" w:rsidRDefault="00000000" w:rsidP="009916B5">
      <w:pPr>
        <w:spacing w:after="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Art. 14</w:t>
      </w:r>
    </w:p>
    <w:p w14:paraId="7C616DC3" w14:textId="77777777" w:rsidR="00B2222D" w:rsidRPr="00C03780" w:rsidRDefault="00000000" w:rsidP="009916B5">
      <w:pPr>
        <w:spacing w:after="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CONSIGLIO ACCADEMICO</w:t>
      </w:r>
    </w:p>
    <w:p w14:paraId="40BCCB4D" w14:textId="77777777" w:rsidR="00B2222D" w:rsidRPr="00C03780" w:rsidRDefault="00B2222D" w:rsidP="009916B5">
      <w:pPr>
        <w:spacing w:after="0"/>
        <w:rPr>
          <w:lang w:val="it-IT"/>
        </w:rPr>
      </w:pPr>
    </w:p>
    <w:p w14:paraId="25D00D62" w14:textId="77777777" w:rsidR="00B2222D" w:rsidRPr="00C03780" w:rsidRDefault="00000000" w:rsidP="009916B5">
      <w:pPr>
        <w:spacing w:after="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1- Il Consiglio Accademico è composto da sette componenti.</w:t>
      </w:r>
    </w:p>
    <w:p w14:paraId="06792576" w14:textId="77777777" w:rsidR="00B2222D" w:rsidRPr="00C03780" w:rsidRDefault="00000000" w:rsidP="009916B5">
      <w:pPr>
        <w:spacing w:after="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2- Fanno parte del Consiglio Accademico, oltre al Direttore che lo presiede:</w:t>
      </w:r>
    </w:p>
    <w:p w14:paraId="4E53A241" w14:textId="7FC5FB52" w:rsidR="00B2222D" w:rsidRPr="00C03780" w:rsidRDefault="00000000" w:rsidP="00061EA6">
      <w:pPr>
        <w:spacing w:after="0" w:line="240" w:lineRule="auto"/>
        <w:ind w:left="284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a- docenti dell’istituzione, in possesso di requisiti di comprovata professionalità, eletti</w:t>
      </w:r>
      <w:r w:rsidR="00061EA6">
        <w:rPr>
          <w:rFonts w:ascii="Courier New" w:hAnsi="Courier New"/>
          <w:sz w:val="18"/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>dal corpo docente;</w:t>
      </w:r>
    </w:p>
    <w:p w14:paraId="6923BF42" w14:textId="77777777" w:rsidR="00B2222D" w:rsidRPr="00C03780" w:rsidRDefault="00000000" w:rsidP="00061EA6">
      <w:pPr>
        <w:spacing w:after="0" w:line="240" w:lineRule="auto"/>
        <w:ind w:left="284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b- due studenti designati dalla Consulta degli Studenti.</w:t>
      </w:r>
    </w:p>
    <w:p w14:paraId="489B950A" w14:textId="77777777" w:rsidR="00B2222D" w:rsidRPr="00C03780" w:rsidRDefault="00000000" w:rsidP="009916B5">
      <w:pPr>
        <w:spacing w:after="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3- Il Consiglio Accademico:</w:t>
      </w:r>
    </w:p>
    <w:p w14:paraId="1C85F0AE" w14:textId="77777777" w:rsidR="00B2222D" w:rsidRPr="00C03780" w:rsidRDefault="00000000" w:rsidP="00061EA6">
      <w:pPr>
        <w:spacing w:after="0" w:line="240" w:lineRule="auto"/>
        <w:ind w:left="284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a- determina il piano di indirizzo e programmazione delle attività didattiche, scientifiche,</w:t>
      </w:r>
    </w:p>
    <w:p w14:paraId="1458E8D1" w14:textId="2A17E8DD" w:rsidR="00B2222D" w:rsidRPr="00C03780" w:rsidRDefault="00000000" w:rsidP="00061EA6">
      <w:pPr>
        <w:spacing w:after="0" w:line="240" w:lineRule="auto"/>
        <w:ind w:left="284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artistiche e di ricerca, tenuto conto. delle disponibilità di bilancio relative all'esercizio</w:t>
      </w:r>
      <w:r w:rsidR="00061EA6">
        <w:rPr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 xml:space="preserve">finanziario di riferimento;                                                                          </w:t>
      </w:r>
    </w:p>
    <w:p w14:paraId="368F89DE" w14:textId="77777777" w:rsidR="00B2222D" w:rsidRPr="00C03780" w:rsidRDefault="00000000" w:rsidP="00061EA6">
      <w:pPr>
        <w:spacing w:after="0" w:line="240" w:lineRule="auto"/>
        <w:ind w:left="284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b- assicura il monitoraggio ed il controllo delle attività di cui alla lettera a-;</w:t>
      </w:r>
    </w:p>
    <w:p w14:paraId="59B5FDE0" w14:textId="77777777" w:rsidR="00B2222D" w:rsidRPr="00C03780" w:rsidRDefault="00000000" w:rsidP="00061EA6">
      <w:pPr>
        <w:spacing w:after="0" w:line="240" w:lineRule="auto"/>
        <w:ind w:left="284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c- definisce le linee di intervento e di sviluppo della didattica, della ricerca e della</w:t>
      </w:r>
    </w:p>
    <w:p w14:paraId="35D94DC5" w14:textId="77777777" w:rsidR="00B2222D" w:rsidRPr="00C03780" w:rsidRDefault="00000000" w:rsidP="00061EA6">
      <w:pPr>
        <w:spacing w:after="0" w:line="240" w:lineRule="auto"/>
        <w:ind w:left="284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produzione;</w:t>
      </w:r>
    </w:p>
    <w:p w14:paraId="6D05B475" w14:textId="77777777" w:rsidR="00B2222D" w:rsidRPr="00C03780" w:rsidRDefault="00000000" w:rsidP="00061EA6">
      <w:pPr>
        <w:spacing w:after="0" w:line="240" w:lineRule="auto"/>
        <w:ind w:left="284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d- delibera, in conformità ai criteri generali fissati dal regolamento didattico ed il</w:t>
      </w:r>
    </w:p>
    <w:p w14:paraId="0EE8E751" w14:textId="77777777" w:rsidR="00B2222D" w:rsidRPr="00C03780" w:rsidRDefault="00000000" w:rsidP="00061EA6">
      <w:pPr>
        <w:spacing w:after="0" w:line="240" w:lineRule="auto"/>
        <w:ind w:left="284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regolamento degli studenti, sentita la Consulta degli Studenti;</w:t>
      </w:r>
    </w:p>
    <w:p w14:paraId="21B81FBB" w14:textId="77777777" w:rsidR="00B2222D" w:rsidRPr="00C03780" w:rsidRDefault="00000000" w:rsidP="00061EA6">
      <w:pPr>
        <w:spacing w:after="0" w:line="240" w:lineRule="auto"/>
        <w:ind w:left="284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e- esercita le competenze relative al reclutamento dei docenti in base alle norme di</w:t>
      </w:r>
    </w:p>
    <w:p w14:paraId="2FA61E6E" w14:textId="77777777" w:rsidR="00B2222D" w:rsidRPr="00C03780" w:rsidRDefault="00000000" w:rsidP="00061EA6">
      <w:pPr>
        <w:spacing w:after="0" w:line="240" w:lineRule="auto"/>
        <w:ind w:left="284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legge;</w:t>
      </w:r>
    </w:p>
    <w:p w14:paraId="3AB80AAD" w14:textId="77777777" w:rsidR="00B2222D" w:rsidRPr="00C03780" w:rsidRDefault="00000000" w:rsidP="00061EA6">
      <w:pPr>
        <w:spacing w:after="0" w:line="240" w:lineRule="auto"/>
        <w:ind w:left="284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f- esercita ogni altra funzione non espressamente demandata dal presente regolamento</w:t>
      </w:r>
    </w:p>
    <w:p w14:paraId="2A4390F2" w14:textId="4E95640E" w:rsidR="00B2222D" w:rsidRPr="00C03780" w:rsidRDefault="00000000" w:rsidP="00061EA6">
      <w:pPr>
        <w:spacing w:after="0" w:line="240" w:lineRule="auto"/>
        <w:ind w:left="284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al Consiglio di Amministrazione;</w:t>
      </w:r>
    </w:p>
    <w:p w14:paraId="4577C49F" w14:textId="77777777" w:rsidR="00B2222D" w:rsidRPr="00C03780" w:rsidRDefault="00000000" w:rsidP="00061EA6">
      <w:pPr>
        <w:spacing w:after="0" w:line="240" w:lineRule="auto"/>
        <w:ind w:left="284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g- curai rapporti con l'estero e gli scambi con istituzioni italiane e straniere;</w:t>
      </w:r>
    </w:p>
    <w:p w14:paraId="1EAA828C" w14:textId="77777777" w:rsidR="00B2222D" w:rsidRPr="00C03780" w:rsidRDefault="00000000" w:rsidP="00061EA6">
      <w:pPr>
        <w:spacing w:after="0" w:line="240" w:lineRule="auto"/>
        <w:ind w:left="284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h- individua gli studenti idonei a svolgere il ruolo di tutor.</w:t>
      </w:r>
    </w:p>
    <w:p w14:paraId="0E5EF5AD" w14:textId="77777777" w:rsidR="00B2222D" w:rsidRPr="00C03780" w:rsidRDefault="00B2222D" w:rsidP="009916B5">
      <w:pPr>
        <w:spacing w:after="0"/>
        <w:rPr>
          <w:lang w:val="it-IT"/>
        </w:rPr>
      </w:pPr>
    </w:p>
    <w:p w14:paraId="6C03A5E4" w14:textId="00106639" w:rsidR="00B2222D" w:rsidRPr="00C03780" w:rsidRDefault="00000000" w:rsidP="009916B5">
      <w:pPr>
        <w:spacing w:after="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Le componenti a e</w:t>
      </w:r>
      <w:r w:rsidR="00061EA6">
        <w:rPr>
          <w:rFonts w:ascii="Courier New" w:hAnsi="Courier New"/>
          <w:sz w:val="18"/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>b del Consiglio Accademico durano in carica tre anni.</w:t>
      </w:r>
    </w:p>
    <w:p w14:paraId="630016EF" w14:textId="77777777" w:rsidR="00B2222D" w:rsidRPr="00C03780" w:rsidRDefault="00B2222D" w:rsidP="009916B5">
      <w:pPr>
        <w:spacing w:after="0"/>
        <w:rPr>
          <w:lang w:val="it-IT"/>
        </w:rPr>
      </w:pPr>
    </w:p>
    <w:p w14:paraId="79F5BA02" w14:textId="45CE0E3E" w:rsidR="00B2222D" w:rsidRPr="00C03780" w:rsidRDefault="00000000" w:rsidP="009916B5">
      <w:pPr>
        <w:spacing w:after="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In riferimento all’art. 12 dello Statuto il Direttore dura in carica tre anni e viene eletto dal</w:t>
      </w:r>
      <w:r w:rsidR="00061EA6">
        <w:rPr>
          <w:rFonts w:ascii="Courier New" w:hAnsi="Courier New"/>
          <w:sz w:val="18"/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>Collegio dei docenti e deve avere i requisiti idonei al suo ruolo, essere profondo conoscitore</w:t>
      </w:r>
      <w:r w:rsidR="00061EA6">
        <w:rPr>
          <w:rFonts w:ascii="Courier New" w:hAnsi="Courier New"/>
          <w:sz w:val="18"/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>di tutte le dinamiche culturali, didattiche nonché burocratico-amministrative dell'Accademia</w:t>
      </w:r>
      <w:r w:rsidR="00061EA6">
        <w:rPr>
          <w:rFonts w:ascii="Courier New" w:hAnsi="Courier New"/>
          <w:sz w:val="18"/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>ed aver</w:t>
      </w:r>
      <w:r w:rsidR="00061EA6">
        <w:rPr>
          <w:rFonts w:ascii="Courier New" w:hAnsi="Courier New"/>
          <w:sz w:val="18"/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>maturato esperienza nell’insegnamento o nella direzione anche in istituti statali e non statali.</w:t>
      </w:r>
    </w:p>
    <w:p w14:paraId="32F1EDB0" w14:textId="77777777" w:rsidR="00061EA6" w:rsidRDefault="00061EA6" w:rsidP="009916B5">
      <w:pPr>
        <w:spacing w:after="0" w:line="240" w:lineRule="auto"/>
        <w:rPr>
          <w:rFonts w:ascii="Courier New" w:hAnsi="Courier New"/>
          <w:sz w:val="18"/>
          <w:lang w:val="it-IT"/>
        </w:rPr>
      </w:pPr>
    </w:p>
    <w:p w14:paraId="62EDE752" w14:textId="76C30709" w:rsidR="00B2222D" w:rsidRPr="00C03780" w:rsidRDefault="00000000" w:rsidP="009916B5">
      <w:pPr>
        <w:spacing w:after="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I componenti del Nucleo di Valutazione vengono scelti tra idonei esperti nel campo della</w:t>
      </w:r>
    </w:p>
    <w:p w14:paraId="5BD013B9" w14:textId="77777777" w:rsidR="00B2222D" w:rsidRPr="00C03780" w:rsidRDefault="00000000" w:rsidP="009916B5">
      <w:pPr>
        <w:spacing w:after="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valutazione tenendo conto delle loro qualifiche professionali e delle loro esperienze nei</w:t>
      </w:r>
    </w:p>
    <w:p w14:paraId="58917F5D" w14:textId="2B33A162" w:rsidR="00B2222D" w:rsidRPr="00C03780" w:rsidRDefault="00000000" w:rsidP="009916B5">
      <w:pPr>
        <w:spacing w:after="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 xml:space="preserve">settori </w:t>
      </w:r>
      <w:r w:rsidR="00061EA6" w:rsidRPr="00C03780">
        <w:rPr>
          <w:rFonts w:ascii="Courier New" w:hAnsi="Courier New"/>
          <w:sz w:val="18"/>
          <w:lang w:val="it-IT"/>
        </w:rPr>
        <w:t>in</w:t>
      </w:r>
      <w:r w:rsidRPr="00C03780">
        <w:rPr>
          <w:rFonts w:ascii="Courier New" w:hAnsi="Courier New"/>
          <w:sz w:val="18"/>
          <w:lang w:val="it-IT"/>
        </w:rPr>
        <w:t xml:space="preserve"> cui opera l'Accademia nell'ottica delle linee guida definite dall’ ANVUR, in                       </w:t>
      </w:r>
    </w:p>
    <w:p w14:paraId="60D006D9" w14:textId="063857E0" w:rsidR="00B2222D" w:rsidRPr="00C03780" w:rsidRDefault="00000000" w:rsidP="009916B5">
      <w:pPr>
        <w:spacing w:after="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 xml:space="preserve">particolare per gli esperti esterni vengono considerati i requisiti indicati nei punti </w:t>
      </w:r>
      <w:proofErr w:type="gramStart"/>
      <w:r w:rsidRPr="00C03780">
        <w:rPr>
          <w:rFonts w:ascii="Courier New" w:hAnsi="Courier New"/>
          <w:sz w:val="18"/>
          <w:lang w:val="it-IT"/>
        </w:rPr>
        <w:t>c)-</w:t>
      </w:r>
      <w:proofErr w:type="gramEnd"/>
      <w:r w:rsidRPr="00C03780">
        <w:rPr>
          <w:rFonts w:ascii="Courier New" w:hAnsi="Courier New"/>
          <w:sz w:val="18"/>
          <w:lang w:val="it-IT"/>
        </w:rPr>
        <w:t>d)</w:t>
      </w:r>
    </w:p>
    <w:p w14:paraId="27A39A89" w14:textId="0D0F9C51" w:rsidR="00B2222D" w:rsidRPr="00C03780" w:rsidRDefault="00000000" w:rsidP="009916B5">
      <w:pPr>
        <w:spacing w:after="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 xml:space="preserve">e).                                                                 </w:t>
      </w:r>
    </w:p>
    <w:p w14:paraId="4A6C3C3B" w14:textId="77777777" w:rsidR="00B2222D" w:rsidRPr="00C03780" w:rsidRDefault="00000000" w:rsidP="009916B5">
      <w:pPr>
        <w:spacing w:after="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La carica dei componenti del Nucleo di Valutazione è triennale e non spetta ad essi</w:t>
      </w:r>
    </w:p>
    <w:p w14:paraId="354F81B2" w14:textId="77777777" w:rsidR="00B2222D" w:rsidRDefault="00000000" w:rsidP="009916B5">
      <w:pPr>
        <w:spacing w:after="0" w:line="240" w:lineRule="auto"/>
        <w:rPr>
          <w:rFonts w:ascii="Courier New" w:hAnsi="Courier New"/>
          <w:sz w:val="18"/>
          <w:lang w:val="it-IT"/>
        </w:rPr>
      </w:pPr>
      <w:r w:rsidRPr="00C03780">
        <w:rPr>
          <w:rFonts w:ascii="Courier New" w:hAnsi="Courier New"/>
          <w:sz w:val="18"/>
          <w:lang w:val="it-IT"/>
        </w:rPr>
        <w:t>alcun compenso, indennità o gettone di presenza.</w:t>
      </w:r>
    </w:p>
    <w:p w14:paraId="2E97C10C" w14:textId="77777777" w:rsidR="00905B62" w:rsidRDefault="00905B62" w:rsidP="009916B5">
      <w:pPr>
        <w:spacing w:after="0" w:line="240" w:lineRule="auto"/>
        <w:rPr>
          <w:rFonts w:ascii="Courier New" w:hAnsi="Courier New"/>
          <w:sz w:val="18"/>
          <w:lang w:val="it-IT"/>
        </w:rPr>
      </w:pPr>
    </w:p>
    <w:p w14:paraId="5BB32B11" w14:textId="77777777" w:rsidR="00905B62" w:rsidRDefault="00905B62" w:rsidP="009916B5">
      <w:pPr>
        <w:spacing w:after="0" w:line="240" w:lineRule="auto"/>
        <w:rPr>
          <w:rFonts w:ascii="Courier New" w:hAnsi="Courier New"/>
          <w:sz w:val="18"/>
          <w:lang w:val="it-IT"/>
        </w:rPr>
      </w:pPr>
    </w:p>
    <w:p w14:paraId="1779B67E" w14:textId="77777777" w:rsidR="00905B62" w:rsidRDefault="00905B62" w:rsidP="009916B5">
      <w:pPr>
        <w:spacing w:after="0" w:line="240" w:lineRule="auto"/>
        <w:rPr>
          <w:rFonts w:ascii="Courier New" w:hAnsi="Courier New"/>
          <w:sz w:val="18"/>
          <w:lang w:val="it-IT"/>
        </w:rPr>
      </w:pPr>
    </w:p>
    <w:p w14:paraId="3DCB9FAF" w14:textId="77777777" w:rsidR="00905B62" w:rsidRDefault="00905B62" w:rsidP="009916B5">
      <w:pPr>
        <w:spacing w:after="0" w:line="240" w:lineRule="auto"/>
        <w:rPr>
          <w:rFonts w:ascii="Courier New" w:hAnsi="Courier New"/>
          <w:sz w:val="18"/>
          <w:lang w:val="it-IT"/>
        </w:rPr>
      </w:pPr>
    </w:p>
    <w:p w14:paraId="462F5079" w14:textId="74319E6D" w:rsidR="00B2222D" w:rsidRPr="00C03780" w:rsidRDefault="00000000" w:rsidP="009916B5">
      <w:pPr>
        <w:spacing w:after="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lastRenderedPageBreak/>
        <w:t>Art19</w:t>
      </w:r>
    </w:p>
    <w:p w14:paraId="202EFE63" w14:textId="3BE7C721" w:rsidR="00B2222D" w:rsidRPr="00C03780" w:rsidRDefault="00000000" w:rsidP="009916B5">
      <w:pPr>
        <w:spacing w:after="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PERSONALE DOCENTE</w:t>
      </w:r>
    </w:p>
    <w:p w14:paraId="0472619F" w14:textId="7FC091CB" w:rsidR="00B2222D" w:rsidRPr="00C03780" w:rsidRDefault="00000000" w:rsidP="009916B5">
      <w:pPr>
        <w:spacing w:after="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Per quanto concerne il personale docente si stabilisce che il relativo reclutamento</w:t>
      </w:r>
      <w:r w:rsidR="00905B62">
        <w:rPr>
          <w:rFonts w:ascii="Courier New" w:hAnsi="Courier New"/>
          <w:sz w:val="18"/>
          <w:lang w:val="it-IT"/>
        </w:rPr>
        <w:t xml:space="preserve"> a</w:t>
      </w:r>
      <w:r w:rsidRPr="00C03780">
        <w:rPr>
          <w:rFonts w:ascii="Courier New" w:hAnsi="Courier New"/>
          <w:sz w:val="18"/>
          <w:lang w:val="it-IT"/>
        </w:rPr>
        <w:t>vverrà per concorso con procedura selettiva.</w:t>
      </w:r>
    </w:p>
    <w:p w14:paraId="50CD3F60" w14:textId="77777777" w:rsidR="00905B62" w:rsidRDefault="00905B62" w:rsidP="009916B5">
      <w:pPr>
        <w:spacing w:after="0" w:line="240" w:lineRule="auto"/>
        <w:rPr>
          <w:rFonts w:ascii="Courier New" w:hAnsi="Courier New"/>
          <w:sz w:val="18"/>
          <w:lang w:val="it-IT"/>
        </w:rPr>
      </w:pPr>
    </w:p>
    <w:p w14:paraId="32C46055" w14:textId="77777777" w:rsidR="00905B62" w:rsidRDefault="00905B62" w:rsidP="009916B5">
      <w:pPr>
        <w:spacing w:after="0" w:line="240" w:lineRule="auto"/>
        <w:rPr>
          <w:rFonts w:ascii="Courier New" w:hAnsi="Courier New"/>
          <w:sz w:val="18"/>
          <w:lang w:val="it-IT"/>
        </w:rPr>
      </w:pPr>
      <w:r>
        <w:rPr>
          <w:rFonts w:ascii="Courier New" w:hAnsi="Courier New"/>
          <w:sz w:val="18"/>
          <w:lang w:val="it-IT"/>
        </w:rPr>
        <w:t>Cuneo, 13 marzo 2023</w:t>
      </w:r>
      <w:r w:rsidRPr="00C03780">
        <w:rPr>
          <w:rFonts w:ascii="Courier New" w:hAnsi="Courier New"/>
          <w:sz w:val="18"/>
          <w:lang w:val="it-IT"/>
        </w:rPr>
        <w:t xml:space="preserve">                                    </w:t>
      </w:r>
    </w:p>
    <w:p w14:paraId="39A39270" w14:textId="17159A12" w:rsidR="00905B62" w:rsidRDefault="00905B62" w:rsidP="009916B5">
      <w:pPr>
        <w:spacing w:after="0" w:line="240" w:lineRule="auto"/>
        <w:rPr>
          <w:rFonts w:ascii="Courier New" w:hAnsi="Courier New"/>
          <w:sz w:val="18"/>
          <w:lang w:val="it-IT"/>
        </w:rPr>
      </w:pPr>
      <w:r>
        <w:rPr>
          <w:rFonts w:ascii="Courier New" w:hAnsi="Courier New"/>
          <w:sz w:val="18"/>
          <w:lang w:val="it-IT"/>
        </w:rPr>
        <w:t>Firmato in originale da</w:t>
      </w:r>
    </w:p>
    <w:p w14:paraId="228CA1E9" w14:textId="50C8A4C7" w:rsidR="00B2222D" w:rsidRPr="00C03780" w:rsidRDefault="00905B62" w:rsidP="009916B5">
      <w:pPr>
        <w:spacing w:after="0" w:line="240" w:lineRule="auto"/>
        <w:rPr>
          <w:lang w:val="it-IT"/>
        </w:rPr>
      </w:pPr>
      <w:r>
        <w:rPr>
          <w:rFonts w:ascii="Courier New" w:hAnsi="Courier New"/>
          <w:sz w:val="18"/>
          <w:lang w:val="it-IT"/>
        </w:rPr>
        <w:t>Il</w:t>
      </w:r>
      <w:r w:rsidRPr="00C03780">
        <w:rPr>
          <w:rFonts w:ascii="Courier New" w:hAnsi="Courier New"/>
          <w:sz w:val="18"/>
          <w:lang w:val="it-IT"/>
        </w:rPr>
        <w:t xml:space="preserve"> Presidente</w:t>
      </w:r>
      <w:r>
        <w:rPr>
          <w:rFonts w:ascii="Courier New" w:hAnsi="Courier New"/>
          <w:sz w:val="18"/>
          <w:lang w:val="it-IT"/>
        </w:rPr>
        <w:t xml:space="preserve">: </w:t>
      </w:r>
      <w:r w:rsidRPr="00C03780">
        <w:rPr>
          <w:rFonts w:ascii="Courier New" w:hAnsi="Courier New"/>
          <w:sz w:val="18"/>
          <w:lang w:val="it-IT"/>
        </w:rPr>
        <w:t>Annamaria O</w:t>
      </w:r>
      <w:r>
        <w:rPr>
          <w:rFonts w:ascii="Courier New" w:hAnsi="Courier New"/>
          <w:sz w:val="18"/>
          <w:lang w:val="it-IT"/>
        </w:rPr>
        <w:t>rz</w:t>
      </w:r>
      <w:r w:rsidRPr="00C03780">
        <w:rPr>
          <w:rFonts w:ascii="Courier New" w:hAnsi="Courier New"/>
          <w:sz w:val="18"/>
          <w:lang w:val="it-IT"/>
        </w:rPr>
        <w:t>i</w:t>
      </w:r>
    </w:p>
    <w:p w14:paraId="10B8E575" w14:textId="3C399764" w:rsidR="00905B62" w:rsidRDefault="00000000" w:rsidP="009916B5">
      <w:pPr>
        <w:spacing w:after="0" w:line="240" w:lineRule="auto"/>
        <w:rPr>
          <w:rFonts w:ascii="Courier New" w:hAnsi="Courier New"/>
          <w:sz w:val="18"/>
          <w:lang w:val="it-IT"/>
        </w:rPr>
      </w:pPr>
      <w:r w:rsidRPr="00C03780">
        <w:rPr>
          <w:rFonts w:ascii="Courier New" w:hAnsi="Courier New"/>
          <w:sz w:val="18"/>
          <w:lang w:val="it-IT"/>
        </w:rPr>
        <w:t>Il Dirett</w:t>
      </w:r>
      <w:r w:rsidR="00905B62">
        <w:rPr>
          <w:rFonts w:ascii="Courier New" w:hAnsi="Courier New"/>
          <w:sz w:val="18"/>
          <w:lang w:val="it-IT"/>
        </w:rPr>
        <w:t>ore: Alberto Lucchini</w:t>
      </w:r>
    </w:p>
    <w:p w14:paraId="040EBFBA" w14:textId="77777777" w:rsidR="00905B62" w:rsidRDefault="00000000" w:rsidP="009916B5">
      <w:pPr>
        <w:spacing w:after="0" w:line="240" w:lineRule="auto"/>
        <w:rPr>
          <w:rFonts w:ascii="Courier New" w:hAnsi="Courier New"/>
          <w:sz w:val="18"/>
          <w:lang w:val="it-IT"/>
        </w:rPr>
      </w:pPr>
      <w:r w:rsidRPr="00C03780">
        <w:rPr>
          <w:rFonts w:ascii="Courier New" w:hAnsi="Courier New"/>
          <w:sz w:val="18"/>
          <w:lang w:val="it-IT"/>
        </w:rPr>
        <w:t>L’</w:t>
      </w:r>
      <w:r w:rsidR="00905B62">
        <w:rPr>
          <w:rFonts w:ascii="Courier New" w:hAnsi="Courier New"/>
          <w:sz w:val="18"/>
          <w:lang w:val="it-IT"/>
        </w:rPr>
        <w:t>E</w:t>
      </w:r>
      <w:r w:rsidRPr="00C03780">
        <w:rPr>
          <w:rFonts w:ascii="Courier New" w:hAnsi="Courier New"/>
          <w:sz w:val="18"/>
          <w:lang w:val="it-IT"/>
        </w:rPr>
        <w:t>spert</w:t>
      </w:r>
      <w:r w:rsidR="00905B62">
        <w:rPr>
          <w:rFonts w:ascii="Courier New" w:hAnsi="Courier New"/>
          <w:sz w:val="18"/>
          <w:lang w:val="it-IT"/>
        </w:rPr>
        <w:t>o E</w:t>
      </w:r>
      <w:r w:rsidRPr="00C03780">
        <w:rPr>
          <w:rFonts w:ascii="Courier New" w:hAnsi="Courier New"/>
          <w:sz w:val="18"/>
          <w:lang w:val="it-IT"/>
        </w:rPr>
        <w:t>sterno</w:t>
      </w:r>
      <w:r w:rsidR="00905B62">
        <w:rPr>
          <w:rFonts w:ascii="Courier New" w:hAnsi="Courier New"/>
          <w:sz w:val="18"/>
          <w:lang w:val="it-IT"/>
        </w:rPr>
        <w:t xml:space="preserve">: </w:t>
      </w:r>
      <w:r w:rsidRPr="00C03780">
        <w:rPr>
          <w:rFonts w:ascii="Courier New" w:hAnsi="Courier New"/>
          <w:sz w:val="18"/>
          <w:lang w:val="it-IT"/>
        </w:rPr>
        <w:t>Alessio Ghisolfi</w:t>
      </w:r>
    </w:p>
    <w:p w14:paraId="61151809" w14:textId="6CD93CA9" w:rsidR="00B2222D" w:rsidRPr="00C03780" w:rsidRDefault="00000000" w:rsidP="009916B5">
      <w:pPr>
        <w:spacing w:after="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Il rappresentante del Docent</w:t>
      </w:r>
      <w:r w:rsidR="00905B62">
        <w:rPr>
          <w:rFonts w:ascii="Courier New" w:hAnsi="Courier New"/>
          <w:sz w:val="18"/>
          <w:lang w:val="it-IT"/>
        </w:rPr>
        <w:t>i: Tiziano Tempesta</w:t>
      </w:r>
    </w:p>
    <w:p w14:paraId="50E11C6B" w14:textId="0A09810E" w:rsidR="00B2222D" w:rsidRPr="00905B62" w:rsidRDefault="00000000" w:rsidP="009916B5">
      <w:pPr>
        <w:spacing w:after="0" w:line="240" w:lineRule="auto"/>
        <w:rPr>
          <w:lang w:val="it-IT"/>
        </w:rPr>
      </w:pPr>
      <w:r w:rsidRPr="00C03780">
        <w:rPr>
          <w:rFonts w:ascii="Courier New" w:hAnsi="Courier New"/>
          <w:sz w:val="18"/>
          <w:lang w:val="it-IT"/>
        </w:rPr>
        <w:t>Il rappresentante</w:t>
      </w:r>
      <w:r w:rsidR="00905B62">
        <w:rPr>
          <w:rFonts w:ascii="Courier New" w:hAnsi="Courier New"/>
          <w:sz w:val="18"/>
          <w:lang w:val="it-IT"/>
        </w:rPr>
        <w:t xml:space="preserve"> </w:t>
      </w:r>
      <w:r w:rsidRPr="00C03780">
        <w:rPr>
          <w:rFonts w:ascii="Courier New" w:hAnsi="Courier New"/>
          <w:sz w:val="18"/>
          <w:lang w:val="it-IT"/>
        </w:rPr>
        <w:t>degli Studenti</w:t>
      </w:r>
      <w:r w:rsidR="00905B62">
        <w:rPr>
          <w:rFonts w:ascii="Courier New" w:hAnsi="Courier New"/>
          <w:sz w:val="18"/>
          <w:lang w:val="it-IT"/>
        </w:rPr>
        <w:t>: Emanuele Londa</w:t>
      </w:r>
    </w:p>
    <w:sectPr w:rsidR="00B2222D" w:rsidRPr="00905B62" w:rsidSect="00034616">
      <w:pgSz w:w="12240" w:h="15840"/>
      <w:pgMar w:top="1020" w:right="1134" w:bottom="1020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Numeroelenco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Numeroelenco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Puntoelenco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Puntoelenco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Numeroelenco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Puntoelenco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2114787629">
    <w:abstractNumId w:val="8"/>
  </w:num>
  <w:num w:numId="2" w16cid:durableId="1580288405">
    <w:abstractNumId w:val="6"/>
  </w:num>
  <w:num w:numId="3" w16cid:durableId="1705132849">
    <w:abstractNumId w:val="5"/>
  </w:num>
  <w:num w:numId="4" w16cid:durableId="731007104">
    <w:abstractNumId w:val="4"/>
  </w:num>
  <w:num w:numId="5" w16cid:durableId="965506480">
    <w:abstractNumId w:val="7"/>
  </w:num>
  <w:num w:numId="6" w16cid:durableId="1888569083">
    <w:abstractNumId w:val="3"/>
  </w:num>
  <w:num w:numId="7" w16cid:durableId="1865710087">
    <w:abstractNumId w:val="2"/>
  </w:num>
  <w:num w:numId="8" w16cid:durableId="926426362">
    <w:abstractNumId w:val="1"/>
  </w:num>
  <w:num w:numId="9" w16cid:durableId="6112084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3"/>
  <w:proofState w:spelling="clean" w:grammar="clean"/>
  <w:defaultTabStop w:val="720"/>
  <w:hyphenationZone w:val="283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061EA6"/>
    <w:rsid w:val="00070EBB"/>
    <w:rsid w:val="000F3424"/>
    <w:rsid w:val="0015074B"/>
    <w:rsid w:val="0029639D"/>
    <w:rsid w:val="00326F90"/>
    <w:rsid w:val="003B287C"/>
    <w:rsid w:val="007C0E96"/>
    <w:rsid w:val="00905B62"/>
    <w:rsid w:val="009916B5"/>
    <w:rsid w:val="00AA1D8D"/>
    <w:rsid w:val="00B2222D"/>
    <w:rsid w:val="00B47730"/>
    <w:rsid w:val="00C03780"/>
    <w:rsid w:val="00C15156"/>
    <w:rsid w:val="00CB0664"/>
    <w:rsid w:val="00D069A9"/>
    <w:rsid w:val="00EA246F"/>
    <w:rsid w:val="00F80807"/>
    <w:rsid w:val="00F86190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467DB41"/>
  <w14:defaultImageDpi w14:val="300"/>
  <w15:docId w15:val="{BF811804-CC1D-4E09-851C-4209F3671D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FC693F"/>
    <w:rPr>
      <w:rFonts w:ascii="Calibri" w:hAnsi="Calibri"/>
      <w:sz w:val="21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olo3">
    <w:name w:val="heading 3"/>
    <w:basedOn w:val="Normale"/>
    <w:next w:val="Normale"/>
    <w:link w:val="Titolo3Carattere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618BF"/>
  </w:style>
  <w:style w:type="paragraph" w:styleId="Pidipagina">
    <w:name w:val="footer"/>
    <w:basedOn w:val="Normale"/>
    <w:link w:val="PidipaginaCarattere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618BF"/>
  </w:style>
  <w:style w:type="paragraph" w:styleId="Nessunaspaziatura">
    <w:name w:val="No Spacing"/>
    <w:uiPriority w:val="1"/>
    <w:qFormat/>
    <w:rsid w:val="00FC693F"/>
    <w:pPr>
      <w:spacing w:after="0" w:line="240" w:lineRule="auto"/>
    </w:pPr>
  </w:style>
  <w:style w:type="character" w:customStyle="1" w:styleId="Titolo1Carattere">
    <w:name w:val="Titolo 1 Carattere"/>
    <w:basedOn w:val="Carpredefinitoparagrafo"/>
    <w:link w:val="Tito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olo2Carattere">
    <w:name w:val="Titolo 2 Carattere"/>
    <w:basedOn w:val="Carpredefinitoparagrafo"/>
    <w:link w:val="Tito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olo3Carattere">
    <w:name w:val="Titolo 3 Carattere"/>
    <w:basedOn w:val="Carpredefinitoparagrafo"/>
    <w:link w:val="Tito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olo">
    <w:name w:val="Title"/>
    <w:basedOn w:val="Normale"/>
    <w:next w:val="Normale"/>
    <w:link w:val="TitoloCarattere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32"/>
      <w:szCs w:val="52"/>
    </w:rPr>
  </w:style>
  <w:style w:type="character" w:customStyle="1" w:styleId="TitoloCarattere">
    <w:name w:val="Titolo Carattere"/>
    <w:basedOn w:val="Carpredefinitoparagrafo"/>
    <w:link w:val="Tito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agrafoelenco">
    <w:name w:val="List Paragraph"/>
    <w:basedOn w:val="Normale"/>
    <w:uiPriority w:val="34"/>
    <w:qFormat/>
    <w:rsid w:val="00FC693F"/>
    <w:pPr>
      <w:ind w:left="720"/>
      <w:contextualSpacing/>
    </w:pPr>
  </w:style>
  <w:style w:type="paragraph" w:styleId="Corpotesto">
    <w:name w:val="Body Text"/>
    <w:basedOn w:val="Normale"/>
    <w:link w:val="CorpotestoCarattere"/>
    <w:uiPriority w:val="99"/>
    <w:unhideWhenUsed/>
    <w:rsid w:val="00AA1D8D"/>
    <w:pPr>
      <w:spacing w:after="120"/>
    </w:pPr>
  </w:style>
  <w:style w:type="character" w:customStyle="1" w:styleId="CorpotestoCarattere">
    <w:name w:val="Corpo testo Carattere"/>
    <w:basedOn w:val="Carpredefinitoparagrafo"/>
    <w:link w:val="Corpotesto"/>
    <w:uiPriority w:val="99"/>
    <w:rsid w:val="00AA1D8D"/>
  </w:style>
  <w:style w:type="paragraph" w:styleId="Corpodeltesto2">
    <w:name w:val="Body Text 2"/>
    <w:basedOn w:val="Normale"/>
    <w:link w:val="Corpodeltesto2Carattere"/>
    <w:uiPriority w:val="99"/>
    <w:unhideWhenUsed/>
    <w:rsid w:val="00AA1D8D"/>
    <w:pPr>
      <w:spacing w:after="120" w:line="480" w:lineRule="auto"/>
    </w:pPr>
  </w:style>
  <w:style w:type="character" w:customStyle="1" w:styleId="Corpodeltesto2Carattere">
    <w:name w:val="Corpo del testo 2 Carattere"/>
    <w:basedOn w:val="Carpredefinitoparagrafo"/>
    <w:link w:val="Corpodeltesto2"/>
    <w:uiPriority w:val="99"/>
    <w:rsid w:val="00AA1D8D"/>
  </w:style>
  <w:style w:type="paragraph" w:styleId="Corpodeltesto3">
    <w:name w:val="Body Text 3"/>
    <w:basedOn w:val="Normale"/>
    <w:link w:val="Corpodeltesto3Carattere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odeltesto3Carattere">
    <w:name w:val="Corpo del testo 3 Carattere"/>
    <w:basedOn w:val="Carpredefinitoparagrafo"/>
    <w:link w:val="Corpodeltesto3"/>
    <w:uiPriority w:val="99"/>
    <w:rsid w:val="00AA1D8D"/>
    <w:rPr>
      <w:sz w:val="16"/>
      <w:szCs w:val="16"/>
    </w:rPr>
  </w:style>
  <w:style w:type="paragraph" w:styleId="Elenco">
    <w:name w:val="List"/>
    <w:basedOn w:val="Normale"/>
    <w:uiPriority w:val="99"/>
    <w:unhideWhenUsed/>
    <w:rsid w:val="00AA1D8D"/>
    <w:pPr>
      <w:ind w:left="360" w:hanging="360"/>
      <w:contextualSpacing/>
    </w:pPr>
  </w:style>
  <w:style w:type="paragraph" w:styleId="Elenco2">
    <w:name w:val="List 2"/>
    <w:basedOn w:val="Normale"/>
    <w:uiPriority w:val="99"/>
    <w:unhideWhenUsed/>
    <w:rsid w:val="00326F90"/>
    <w:pPr>
      <w:ind w:left="720" w:hanging="360"/>
      <w:contextualSpacing/>
    </w:pPr>
  </w:style>
  <w:style w:type="paragraph" w:styleId="Elenco3">
    <w:name w:val="List 3"/>
    <w:basedOn w:val="Normale"/>
    <w:uiPriority w:val="99"/>
    <w:unhideWhenUsed/>
    <w:rsid w:val="00326F90"/>
    <w:pPr>
      <w:ind w:left="1080" w:hanging="360"/>
      <w:contextualSpacing/>
    </w:pPr>
  </w:style>
  <w:style w:type="paragraph" w:styleId="Puntoelenco">
    <w:name w:val="List Bullet"/>
    <w:basedOn w:val="Normale"/>
    <w:uiPriority w:val="99"/>
    <w:unhideWhenUsed/>
    <w:rsid w:val="00326F90"/>
    <w:pPr>
      <w:numPr>
        <w:numId w:val="1"/>
      </w:numPr>
      <w:contextualSpacing/>
    </w:pPr>
  </w:style>
  <w:style w:type="paragraph" w:styleId="Puntoelenco2">
    <w:name w:val="List Bullet 2"/>
    <w:basedOn w:val="Normale"/>
    <w:uiPriority w:val="99"/>
    <w:unhideWhenUsed/>
    <w:rsid w:val="00326F90"/>
    <w:pPr>
      <w:numPr>
        <w:numId w:val="2"/>
      </w:numPr>
      <w:contextualSpacing/>
    </w:pPr>
  </w:style>
  <w:style w:type="paragraph" w:styleId="Puntoelenco3">
    <w:name w:val="List Bullet 3"/>
    <w:basedOn w:val="Normale"/>
    <w:uiPriority w:val="99"/>
    <w:unhideWhenUsed/>
    <w:rsid w:val="00326F90"/>
    <w:pPr>
      <w:numPr>
        <w:numId w:val="3"/>
      </w:numPr>
      <w:contextualSpacing/>
    </w:pPr>
  </w:style>
  <w:style w:type="paragraph" w:styleId="Numeroelenco">
    <w:name w:val="List Number"/>
    <w:basedOn w:val="Normale"/>
    <w:uiPriority w:val="99"/>
    <w:unhideWhenUsed/>
    <w:rsid w:val="00326F90"/>
    <w:pPr>
      <w:numPr>
        <w:numId w:val="5"/>
      </w:numPr>
      <w:contextualSpacing/>
    </w:pPr>
  </w:style>
  <w:style w:type="paragraph" w:styleId="Numeroelenco2">
    <w:name w:val="List Number 2"/>
    <w:basedOn w:val="Normale"/>
    <w:uiPriority w:val="99"/>
    <w:unhideWhenUsed/>
    <w:rsid w:val="0029639D"/>
    <w:pPr>
      <w:numPr>
        <w:numId w:val="6"/>
      </w:numPr>
      <w:contextualSpacing/>
    </w:pPr>
  </w:style>
  <w:style w:type="paragraph" w:styleId="Numeroelenco3">
    <w:name w:val="List Number 3"/>
    <w:basedOn w:val="Normale"/>
    <w:uiPriority w:val="99"/>
    <w:unhideWhenUsed/>
    <w:rsid w:val="0029639D"/>
    <w:pPr>
      <w:numPr>
        <w:numId w:val="7"/>
      </w:numPr>
      <w:contextualSpacing/>
    </w:pPr>
  </w:style>
  <w:style w:type="paragraph" w:styleId="Elencocontinua">
    <w:name w:val="List Continue"/>
    <w:basedOn w:val="Normale"/>
    <w:uiPriority w:val="99"/>
    <w:unhideWhenUsed/>
    <w:rsid w:val="0029639D"/>
    <w:pPr>
      <w:spacing w:after="120"/>
      <w:ind w:left="360"/>
      <w:contextualSpacing/>
    </w:pPr>
  </w:style>
  <w:style w:type="paragraph" w:styleId="Elencocontinua2">
    <w:name w:val="List Continue 2"/>
    <w:basedOn w:val="Normale"/>
    <w:uiPriority w:val="99"/>
    <w:unhideWhenUsed/>
    <w:rsid w:val="0029639D"/>
    <w:pPr>
      <w:spacing w:after="120"/>
      <w:ind w:left="720"/>
      <w:contextualSpacing/>
    </w:pPr>
  </w:style>
  <w:style w:type="paragraph" w:styleId="Elencocontinua3">
    <w:name w:val="List Continue 3"/>
    <w:basedOn w:val="Normale"/>
    <w:uiPriority w:val="99"/>
    <w:unhideWhenUsed/>
    <w:rsid w:val="0029639D"/>
    <w:pPr>
      <w:spacing w:after="120"/>
      <w:ind w:left="1080"/>
      <w:contextualSpacing/>
    </w:pPr>
  </w:style>
  <w:style w:type="paragraph" w:styleId="Testomacro">
    <w:name w:val="macro"/>
    <w:link w:val="TestomacroCarattere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stomacroCarattere">
    <w:name w:val="Testo macro Carattere"/>
    <w:basedOn w:val="Carpredefinitoparagrafo"/>
    <w:link w:val="Testomacro"/>
    <w:uiPriority w:val="99"/>
    <w:rsid w:val="0029639D"/>
    <w:rPr>
      <w:rFonts w:ascii="Courier" w:hAnsi="Courier"/>
      <w:sz w:val="20"/>
      <w:szCs w:val="20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FC693F"/>
    <w:rPr>
      <w:i/>
      <w:iCs/>
      <w:color w:val="000000" w:themeColor="text1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FC693F"/>
    <w:rPr>
      <w:i/>
      <w:iCs/>
      <w:color w:val="000000" w:themeColor="text1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idascalia">
    <w:name w:val="caption"/>
    <w:basedOn w:val="Normale"/>
    <w:next w:val="Normale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Enfasigrassetto">
    <w:name w:val="Strong"/>
    <w:basedOn w:val="Carpredefinitoparagrafo"/>
    <w:uiPriority w:val="22"/>
    <w:qFormat/>
    <w:rsid w:val="00FC693F"/>
    <w:rPr>
      <w:b/>
      <w:bCs/>
    </w:rPr>
  </w:style>
  <w:style w:type="character" w:styleId="Enfasicorsivo">
    <w:name w:val="Emphasis"/>
    <w:basedOn w:val="Carpredefinitoparagrafo"/>
    <w:uiPriority w:val="20"/>
    <w:qFormat/>
    <w:rsid w:val="00FC693F"/>
    <w:rPr>
      <w:i/>
      <w:iCs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FC693F"/>
    <w:rPr>
      <w:b/>
      <w:bCs/>
      <w:i/>
      <w:iCs/>
      <w:color w:val="4F81BD" w:themeColor="accent1"/>
    </w:rPr>
  </w:style>
  <w:style w:type="character" w:styleId="Enfasidelicata">
    <w:name w:val="Subtle Emphasis"/>
    <w:basedOn w:val="Carpredefinitoparagrafo"/>
    <w:uiPriority w:val="19"/>
    <w:qFormat/>
    <w:rsid w:val="00FC693F"/>
    <w:rPr>
      <w:i/>
      <w:iCs/>
      <w:color w:val="808080" w:themeColor="text1" w:themeTint="7F"/>
    </w:rPr>
  </w:style>
  <w:style w:type="character" w:styleId="Enfasiintensa">
    <w:name w:val="Intense Emphasis"/>
    <w:basedOn w:val="Carpredefinitoparagrafo"/>
    <w:uiPriority w:val="21"/>
    <w:qFormat/>
    <w:rsid w:val="00FC693F"/>
    <w:rPr>
      <w:b/>
      <w:bCs/>
      <w:i/>
      <w:iCs/>
      <w:color w:val="4F81BD" w:themeColor="accent1"/>
    </w:rPr>
  </w:style>
  <w:style w:type="character" w:styleId="Riferimentodelicato">
    <w:name w:val="Subtle Reference"/>
    <w:basedOn w:val="Carpredefinitoparagrafo"/>
    <w:uiPriority w:val="31"/>
    <w:qFormat/>
    <w:rsid w:val="00FC693F"/>
    <w:rPr>
      <w:smallCaps/>
      <w:color w:val="C0504D" w:themeColor="accent2"/>
      <w:u w:val="single"/>
    </w:rPr>
  </w:style>
  <w:style w:type="character" w:styleId="Riferimentointenso">
    <w:name w:val="Intense Reference"/>
    <w:basedOn w:val="Carpredefinitoparagrafo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itolodellibro">
    <w:name w:val="Book Title"/>
    <w:basedOn w:val="Carpredefinitoparagrafo"/>
    <w:uiPriority w:val="33"/>
    <w:qFormat/>
    <w:rsid w:val="00FC693F"/>
    <w:rPr>
      <w:b/>
      <w:bCs/>
      <w:smallCaps/>
      <w:spacing w:val="5"/>
    </w:rPr>
  </w:style>
  <w:style w:type="paragraph" w:styleId="Titolosommario">
    <w:name w:val="TOC Heading"/>
    <w:basedOn w:val="Titolo1"/>
    <w:next w:val="Normale"/>
    <w:uiPriority w:val="39"/>
    <w:semiHidden/>
    <w:unhideWhenUsed/>
    <w:qFormat/>
    <w:rsid w:val="00FC693F"/>
    <w:pPr>
      <w:outlineLvl w:val="9"/>
    </w:pPr>
  </w:style>
  <w:style w:type="table" w:styleId="Grigliatabella">
    <w:name w:val="Table Grid"/>
    <w:basedOn w:val="Tabellanormale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fondochiaro">
    <w:name w:val="Light Shading"/>
    <w:basedOn w:val="Tabellanormale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fondochiaro-Colore1">
    <w:name w:val="Light Shading Accent 1"/>
    <w:basedOn w:val="Tabellanormale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fondochiaro-Colore2">
    <w:name w:val="Light Shading Accent 2"/>
    <w:basedOn w:val="Tabellanormale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fondochiaro-Colore3">
    <w:name w:val="Light Shading Accent 3"/>
    <w:basedOn w:val="Tabellanormale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fondochiaro-Colore4">
    <w:name w:val="Light Shading Accent 4"/>
    <w:basedOn w:val="Tabellanormale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fondochiaro-Colore5">
    <w:name w:val="Light Shading Accent 5"/>
    <w:basedOn w:val="Tabellanormale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fondochiaro-Colore6">
    <w:name w:val="Light Shading Accent 6"/>
    <w:basedOn w:val="Tabellanormale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Elencochiaro">
    <w:name w:val="Light List"/>
    <w:basedOn w:val="Tabellanormale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Elencochiaro-Colore1">
    <w:name w:val="Light List Accent 1"/>
    <w:basedOn w:val="Tabellanormale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Elencochiaro-Colore2">
    <w:name w:val="Light List Accent 2"/>
    <w:basedOn w:val="Tabellanorma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Elencochiaro-Colore3">
    <w:name w:val="Light List Accent 3"/>
    <w:basedOn w:val="Tabellanorma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Elencochiaro-Colore4">
    <w:name w:val="Light List Accent 4"/>
    <w:basedOn w:val="Tabellanorma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Elencochiaro-Colore5">
    <w:name w:val="Light List Accent 5"/>
    <w:basedOn w:val="Tabellanorma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Elencochiaro-Colore6">
    <w:name w:val="Light List Accent 6"/>
    <w:basedOn w:val="Tabellanorma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igliachiara">
    <w:name w:val="Light Grid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igliachiara-Colore1">
    <w:name w:val="Light Grid Accent 1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igliachiara-Colore2">
    <w:name w:val="Light Grid Accent 2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igliachiara-Colore3">
    <w:name w:val="Light Grid Accent 3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igliachiara-Colore4">
    <w:name w:val="Light Grid Accent 4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igliachiara-Colore5">
    <w:name w:val="Light Grid Accent 5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igliachiara-Colore6">
    <w:name w:val="Light Grid Accent 6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fondomedio1">
    <w:name w:val="Medium Shading 1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1">
    <w:name w:val="Medium Shading 1 Accent 1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2">
    <w:name w:val="Medium Shading 1 Accent 2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3">
    <w:name w:val="Medium Shading 1 Accent 3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4">
    <w:name w:val="Medium Shading 1 Accent 4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5">
    <w:name w:val="Medium Shading 1 Accent 5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6">
    <w:name w:val="Medium Shading 1 Accent 6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2">
    <w:name w:val="Medium Shading 2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1">
    <w:name w:val="Medium Shading 2 Accent 1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2">
    <w:name w:val="Medium Shading 2 Accent 2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3">
    <w:name w:val="Medium Shading 2 Accent 3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4">
    <w:name w:val="Medium Shading 2 Accent 4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5">
    <w:name w:val="Medium Shading 2 Accent 5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6">
    <w:name w:val="Medium Shading 2 Accent 6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Elencomedio1">
    <w:name w:val="Medium List 1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Elencomedio1-Colore1">
    <w:name w:val="Medium List 1 Accent 1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Elencomedio1-Colore2">
    <w:name w:val="Medium List 1 Accent 2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Elencomedio1-Colore3">
    <w:name w:val="Medium List 1 Accent 3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Elencomedio1-Colore4">
    <w:name w:val="Medium List 1 Accent 4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Elencomedio1-Colore5">
    <w:name w:val="Medium List 1 Accent 5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Elencomedio1-Colore6">
    <w:name w:val="Medium List 1 Accent 6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Elencomedio2">
    <w:name w:val="Medium List 2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1">
    <w:name w:val="Medium List 2 Accent 1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2">
    <w:name w:val="Medium List 2 Accent 2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3">
    <w:name w:val="Medium List 2 Accent 3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4">
    <w:name w:val="Medium List 2 Accent 4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5">
    <w:name w:val="Medium List 2 Accent 5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6">
    <w:name w:val="Medium List 2 Accent 6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igliamedia1">
    <w:name w:val="Medium Grid 1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gliamedia1-Colore1">
    <w:name w:val="Medium Grid 1 Accent 1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gliamedia1-Colore2">
    <w:name w:val="Medium Grid 1 Accent 2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gliamedia1-Colore3">
    <w:name w:val="Medium Grid 1 Accent 3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gliamedia1-Colore4">
    <w:name w:val="Medium Grid 1 Accent 4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gliamedia1-Colore5">
    <w:name w:val="Medium Grid 1 Accent 5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gliamedia1-Colore6">
    <w:name w:val="Medium Grid 1 Accent 6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igliamedia2">
    <w:name w:val="Medium Grid 2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1">
    <w:name w:val="Medium Grid 2 Accent 1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2">
    <w:name w:val="Medium Grid 2 Accent 2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3">
    <w:name w:val="Medium Grid 2 Accent 3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4">
    <w:name w:val="Medium Grid 2 Accent 4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5">
    <w:name w:val="Medium Grid 2 Accent 5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6">
    <w:name w:val="Medium Grid 2 Accent 6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3">
    <w:name w:val="Medium Grid 3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igliamedia3-Colore1">
    <w:name w:val="Medium Grid 3 Accent 1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igliamedia3-Colore2">
    <w:name w:val="Medium Grid 3 Accent 2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igliamedia3-Colore3">
    <w:name w:val="Medium Grid 3 Accent 3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igliamedia3-Colore4">
    <w:name w:val="Medium Grid 3 Accent 4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igliamedia3-Colore5">
    <w:name w:val="Medium Grid 3 Accent 5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igliamedia3-Colore6">
    <w:name w:val="Medium Grid 3 Accent 6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Elencoscuro">
    <w:name w:val="Dark List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Elencoscuro-Colore1">
    <w:name w:val="Dark List Accent 1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Elencoscuro-Colore2">
    <w:name w:val="Dark List Accent 2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Elencoscuro-Colore3">
    <w:name w:val="Dark List Accent 3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Elencoscuro-Colore4">
    <w:name w:val="Dark List Accent 4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Elencoscuro-Colore5">
    <w:name w:val="Dark List Accent 5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Elencoscuro-Colore6">
    <w:name w:val="Dark List Accent 6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fondoacolori">
    <w:name w:val="Colorful Shading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1">
    <w:name w:val="Colorful Shading Accent 1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2">
    <w:name w:val="Colorful Shading Accent 2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3">
    <w:name w:val="Colorful Shading Accent 3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fondoacolori-Colore4">
    <w:name w:val="Colorful Shading Accent 4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5">
    <w:name w:val="Colorful Shading Accent 5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6">
    <w:name w:val="Colorful Shading Accent 6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Elencoacolori">
    <w:name w:val="Colorful List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Elencoacolori-Colore1">
    <w:name w:val="Colorful List Accent 1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Elencoacolori-Colore2">
    <w:name w:val="Colorful List Accent 2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Elencoacolori-Colore3">
    <w:name w:val="Colorful List Accent 3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Elencoacolori-Colore4">
    <w:name w:val="Colorful List Accent 4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Elencoacolori-Colore5">
    <w:name w:val="Colorful List Accent 5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Elencoacolori-Colore6">
    <w:name w:val="Colorful List Accent 6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gliaacolori">
    <w:name w:val="Colorful Grid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gliaacolori-Colore1">
    <w:name w:val="Colorful Grid Accent 1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gliaacolori-Colore2">
    <w:name w:val="Colorful Grid Accent 2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gliaacolori-Colore3">
    <w:name w:val="Colorful Grid Accent 3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gliaacolori-Colore4">
    <w:name w:val="Colorful Grid Accent 4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gliaacolori-Colore5">
    <w:name w:val="Colorful Grid Accent 5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gliaacolori-Colore6">
    <w:name w:val="Colorful Grid Accent 6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Collegamentoipertestuale">
    <w:name w:val="Hyperlink"/>
    <w:basedOn w:val="Carpredefinitoparagrafo"/>
    <w:uiPriority w:val="99"/>
    <w:unhideWhenUsed/>
    <w:rsid w:val="00D069A9"/>
    <w:rPr>
      <w:color w:val="0000FF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D069A9"/>
    <w:rPr>
      <w:color w:val="605E5C"/>
      <w:shd w:val="clear" w:color="auto" w:fill="E1DFDD"/>
    </w:rPr>
  </w:style>
  <w:style w:type="character" w:styleId="Collegamentovisitato">
    <w:name w:val="FollowedHyperlink"/>
    <w:basedOn w:val="Carpredefinitoparagrafo"/>
    <w:uiPriority w:val="99"/>
    <w:semiHidden/>
    <w:unhideWhenUsed/>
    <w:rsid w:val="00D069A9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accademiabellearticuneo.it/wp-content/uploads/statuto-ABA-CN-scansione.pdf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100</TotalTime>
  <Pages>10</Pages>
  <Words>4723</Words>
  <Characters>27963</Characters>
  <Application>Microsoft Office Word</Application>
  <DocSecurity>0</DocSecurity>
  <Lines>582</Lines>
  <Paragraphs>333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32353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Gianni Salerno</cp:lastModifiedBy>
  <cp:revision>3</cp:revision>
  <dcterms:created xsi:type="dcterms:W3CDTF">2013-12-23T23:15:00Z</dcterms:created>
  <dcterms:modified xsi:type="dcterms:W3CDTF">2026-06-07T15:12:00Z</dcterms:modified>
  <cp:category/>
</cp:coreProperties>
</file>